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CC882" w14:textId="56A4F8EA" w:rsidR="00E371F6" w:rsidRDefault="00BF046B">
      <w:r>
        <w:rPr>
          <w:noProof/>
        </w:rPr>
        <w:drawing>
          <wp:inline distT="0" distB="0" distL="0" distR="0" wp14:anchorId="6A56D218" wp14:editId="45BBF4A3">
            <wp:extent cx="6267450" cy="8105775"/>
            <wp:effectExtent l="0" t="0" r="0" b="9525"/>
            <wp:docPr id="19748063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1900"/>
        <w:gridCol w:w="7460"/>
      </w:tblGrid>
      <w:tr w:rsidR="007679AE" w14:paraId="50A8766E" w14:textId="77777777">
        <w:trPr>
          <w:jc w:val="center"/>
        </w:trPr>
        <w:tc>
          <w:tcPr>
            <w:tcW w:w="1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CE957" w14:textId="77777777" w:rsidR="007679AE" w:rsidRDefault="00000000">
            <w:r>
              <w:rPr>
                <w:noProof/>
              </w:rPr>
              <w:lastRenderedPageBreak/>
              <w:drawing>
                <wp:inline distT="0" distB="0" distL="0" distR="0" wp14:anchorId="6D1E6681" wp14:editId="424F5A00">
                  <wp:extent cx="1005840" cy="74634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1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746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07AEC" w14:textId="77777777" w:rsidR="007679AE" w:rsidRDefault="00000000">
            <w:pPr>
              <w:jc w:val="right"/>
            </w:pPr>
            <w:r>
              <w:rPr>
                <w:rFonts w:eastAsia="Aptos"/>
                <w:b/>
                <w:color w:val="657381"/>
                <w:sz w:val="18"/>
              </w:rPr>
              <w:t>2027 CORPORATE BUSINESS SPONSOR PACKAGES</w:t>
            </w:r>
          </w:p>
        </w:tc>
      </w:tr>
    </w:tbl>
    <w:p w14:paraId="69D42F1D" w14:textId="77777777" w:rsidR="007679AE" w:rsidRDefault="007679AE">
      <w:pPr>
        <w:pBdr>
          <w:bottom w:val="single" w:sz="18" w:space="0" w:color="0085C8"/>
        </w:pBdr>
        <w:spacing w:before="40" w:after="280"/>
      </w:pPr>
    </w:p>
    <w:p w14:paraId="0C206945" w14:textId="77777777" w:rsidR="007679AE" w:rsidRDefault="00000000">
      <w:pPr>
        <w:spacing w:after="80"/>
        <w:jc w:val="center"/>
      </w:pPr>
      <w:r>
        <w:rPr>
          <w:rFonts w:eastAsia="Aptos"/>
          <w:b/>
          <w:color w:val="0B2545"/>
          <w:sz w:val="50"/>
        </w:rPr>
        <w:t>INVEST IN GREAT FUTURES</w:t>
      </w:r>
    </w:p>
    <w:p w14:paraId="52732799" w14:textId="77777777" w:rsidR="007679AE" w:rsidRDefault="00000000">
      <w:pPr>
        <w:spacing w:after="300"/>
        <w:jc w:val="center"/>
      </w:pPr>
      <w:r>
        <w:rPr>
          <w:rFonts w:eastAsia="Aptos"/>
          <w:color w:val="657381"/>
          <w:sz w:val="24"/>
        </w:rPr>
        <w:t>Corporate partnership opportunities for 2027</w:t>
      </w:r>
    </w:p>
    <w:p w14:paraId="26C306E1" w14:textId="77777777" w:rsidR="007679AE" w:rsidRDefault="00000000">
      <w:pPr>
        <w:spacing w:after="360"/>
        <w:jc w:val="center"/>
      </w:pPr>
      <w:r>
        <w:rPr>
          <w:rFonts w:eastAsia="Aptos"/>
          <w:sz w:val="22"/>
        </w:rPr>
        <w:t>Your partnership helps young people across Citrus and Marion Counties reach their full potential.</w:t>
      </w: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7679AE" w14:paraId="45898BD2" w14:textId="77777777">
        <w:trPr>
          <w:jc w:val="center"/>
        </w:trPr>
        <w:tc>
          <w:tcPr>
            <w:tcW w:w="9360" w:type="dxa"/>
            <w:tcBorders>
              <w:top w:val="single" w:sz="8" w:space="0" w:color="0B2545"/>
              <w:left w:val="single" w:sz="8" w:space="0" w:color="0B2545"/>
              <w:bottom w:val="single" w:sz="8" w:space="0" w:color="0B2545"/>
              <w:right w:val="single" w:sz="8" w:space="0" w:color="0B2545"/>
            </w:tcBorders>
            <w:shd w:val="clear" w:color="auto" w:fill="0B2545"/>
            <w:tcMar>
              <w:top w:w="110" w:type="dxa"/>
              <w:left w:w="180" w:type="dxa"/>
              <w:bottom w:w="105" w:type="dxa"/>
              <w:right w:w="180" w:type="dxa"/>
            </w:tcMar>
          </w:tcPr>
          <w:p w14:paraId="22EBA79A" w14:textId="77777777" w:rsidR="007679AE" w:rsidRPr="00B609C9" w:rsidRDefault="00000000">
            <w:pPr>
              <w:spacing w:after="0"/>
              <w:rPr>
                <w:sz w:val="32"/>
                <w:szCs w:val="32"/>
              </w:rPr>
            </w:pPr>
            <w:r w:rsidRPr="00B609C9">
              <w:rPr>
                <w:rFonts w:eastAsia="Aptos"/>
                <w:b/>
                <w:color w:val="FFFFFF"/>
                <w:sz w:val="32"/>
                <w:szCs w:val="32"/>
              </w:rPr>
              <w:t>LEGEND   |   $100,000</w:t>
            </w:r>
          </w:p>
        </w:tc>
      </w:tr>
      <w:tr w:rsidR="007679AE" w14:paraId="146901A1" w14:textId="77777777">
        <w:trPr>
          <w:jc w:val="center"/>
        </w:trPr>
        <w:tc>
          <w:tcPr>
            <w:tcW w:w="9360" w:type="dxa"/>
            <w:tcBorders>
              <w:top w:val="single" w:sz="8" w:space="0" w:color="C9D6DF"/>
              <w:left w:val="single" w:sz="8" w:space="0" w:color="C9D6DF"/>
              <w:bottom w:val="single" w:sz="8" w:space="0" w:color="C9D6DF"/>
              <w:right w:val="single" w:sz="8" w:space="0" w:color="C9D6DF"/>
            </w:tcBorders>
            <w:shd w:val="clear" w:color="auto" w:fill="FFFFFF"/>
            <w:tcMar>
              <w:top w:w="130" w:type="dxa"/>
              <w:left w:w="220" w:type="dxa"/>
              <w:bottom w:w="130" w:type="dxa"/>
              <w:right w:w="220" w:type="dxa"/>
            </w:tcMar>
          </w:tcPr>
          <w:p w14:paraId="48C5DF11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20 total tickets to event fundraisers</w:t>
            </w:r>
          </w:p>
          <w:p w14:paraId="6A0B589A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VIP experience at all events, including tickets and a personal concierge</w:t>
            </w:r>
          </w:p>
          <w:p w14:paraId="50530C72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Title Sponsor recognition at all events</w:t>
            </w:r>
          </w:p>
          <w:p w14:paraId="1D115EF6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Logo shout-outs on Facebook and Instagram four times annually</w:t>
            </w:r>
          </w:p>
          <w:p w14:paraId="3E74CC46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Recognition as a Corporate Business Partner at events</w:t>
            </w:r>
          </w:p>
          <w:p w14:paraId="21CD6928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Event Facebook recognition and event promotion/giveaway sponsorship</w:t>
            </w:r>
          </w:p>
          <w:p w14:paraId="6047E132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Business logo on Summer T-shirts (500+)</w:t>
            </w:r>
          </w:p>
          <w:p w14:paraId="409727CF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Logo displayed in Club foyers</w:t>
            </w:r>
          </w:p>
          <w:p w14:paraId="01DF1894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Four business-sponsored ice cream socials in our Clubs</w:t>
            </w:r>
          </w:p>
          <w:p w14:paraId="66BE9A37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Linked logo on the Boys &amp; Girls Clubs website</w:t>
            </w:r>
          </w:p>
          <w:p w14:paraId="392F0F84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Pizza party with Club members and the CEO</w:t>
            </w:r>
          </w:p>
          <w:p w14:paraId="5D731C22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Logo recognition in the newsletter</w:t>
            </w:r>
          </w:p>
          <w:p w14:paraId="5CF3488B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Social media interview showcasing your business</w:t>
            </w:r>
          </w:p>
          <w:p w14:paraId="7C32EF6F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Presenting sponsor for three Club events</w:t>
            </w:r>
          </w:p>
          <w:p w14:paraId="49186797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Consideration for the Board of Directors</w:t>
            </w:r>
          </w:p>
          <w:p w14:paraId="484AE5D8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Recognition plaque in the Clubs</w:t>
            </w:r>
          </w:p>
          <w:p w14:paraId="7C606F13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Naming consideration for future Clubs or areas of Clubs (restrictions apply)</w:t>
            </w:r>
          </w:p>
          <w:p w14:paraId="5AC61D5E" w14:textId="77777777" w:rsidR="00D3151D" w:rsidRDefault="00000000" w:rsidP="00D3151D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Billboard highlighting the partnership</w:t>
            </w:r>
          </w:p>
          <w:p w14:paraId="7365688E" w14:textId="4814A336" w:rsidR="007679AE" w:rsidRPr="00D3151D" w:rsidRDefault="00000000" w:rsidP="00D3151D">
            <w:pPr>
              <w:pStyle w:val="SponsorBulletCompact"/>
              <w:rPr>
                <w:sz w:val="28"/>
                <w:szCs w:val="28"/>
              </w:rPr>
            </w:pPr>
            <w:r w:rsidRPr="00D3151D">
              <w:rPr>
                <w:rFonts w:eastAsia="Aptos"/>
                <w:sz w:val="28"/>
                <w:szCs w:val="28"/>
              </w:rPr>
              <w:t>Logo or mention on all marketing materials</w:t>
            </w:r>
          </w:p>
        </w:tc>
      </w:tr>
    </w:tbl>
    <w:p w14:paraId="1B7042A6" w14:textId="77777777" w:rsidR="007679AE" w:rsidRDefault="007679AE"/>
    <w:p w14:paraId="3CB9A6E2" w14:textId="77777777" w:rsidR="007679AE" w:rsidRDefault="00000000">
      <w:r>
        <w:br w:type="page"/>
      </w: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1900"/>
        <w:gridCol w:w="7460"/>
      </w:tblGrid>
      <w:tr w:rsidR="007679AE" w14:paraId="09463470" w14:textId="77777777">
        <w:trPr>
          <w:jc w:val="center"/>
        </w:trPr>
        <w:tc>
          <w:tcPr>
            <w:tcW w:w="1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3F801" w14:textId="77777777" w:rsidR="007679AE" w:rsidRDefault="00000000">
            <w:r>
              <w:rPr>
                <w:noProof/>
              </w:rPr>
              <w:lastRenderedPageBreak/>
              <w:drawing>
                <wp:inline distT="0" distB="0" distL="0" distR="0" wp14:anchorId="793C84A5" wp14:editId="21B99532">
                  <wp:extent cx="1005840" cy="746348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1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746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E1846" w14:textId="77777777" w:rsidR="007679AE" w:rsidRDefault="00000000">
            <w:pPr>
              <w:jc w:val="right"/>
            </w:pPr>
            <w:r>
              <w:rPr>
                <w:rFonts w:eastAsia="Aptos"/>
                <w:b/>
                <w:color w:val="657381"/>
                <w:sz w:val="18"/>
              </w:rPr>
              <w:t>2027 CORPORATE BUSINESS SPONSOR PACKAGES</w:t>
            </w:r>
          </w:p>
        </w:tc>
      </w:tr>
    </w:tbl>
    <w:p w14:paraId="65565BAA" w14:textId="77777777" w:rsidR="007679AE" w:rsidRDefault="007679AE">
      <w:pPr>
        <w:pBdr>
          <w:bottom w:val="single" w:sz="18" w:space="0" w:color="0085C8"/>
        </w:pBdr>
        <w:spacing w:before="40" w:after="280"/>
      </w:pP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7679AE" w14:paraId="647A3E69" w14:textId="77777777">
        <w:trPr>
          <w:jc w:val="center"/>
        </w:trPr>
        <w:tc>
          <w:tcPr>
            <w:tcW w:w="9360" w:type="dxa"/>
            <w:tcBorders>
              <w:top w:val="single" w:sz="8" w:space="0" w:color="0B2545"/>
              <w:left w:val="single" w:sz="8" w:space="0" w:color="0B2545"/>
              <w:bottom w:val="single" w:sz="8" w:space="0" w:color="0B2545"/>
              <w:right w:val="single" w:sz="8" w:space="0" w:color="0B2545"/>
            </w:tcBorders>
            <w:shd w:val="clear" w:color="auto" w:fill="0B2545"/>
            <w:tcMar>
              <w:top w:w="110" w:type="dxa"/>
              <w:left w:w="180" w:type="dxa"/>
              <w:bottom w:w="105" w:type="dxa"/>
              <w:right w:w="180" w:type="dxa"/>
            </w:tcMar>
          </w:tcPr>
          <w:p w14:paraId="3D0784B1" w14:textId="77777777" w:rsidR="007679AE" w:rsidRPr="00B609C9" w:rsidRDefault="00000000">
            <w:pPr>
              <w:spacing w:after="0"/>
              <w:rPr>
                <w:sz w:val="32"/>
                <w:szCs w:val="32"/>
              </w:rPr>
            </w:pPr>
            <w:r w:rsidRPr="00B609C9">
              <w:rPr>
                <w:rFonts w:eastAsia="Aptos"/>
                <w:b/>
                <w:color w:val="FFFFFF"/>
                <w:sz w:val="32"/>
                <w:szCs w:val="32"/>
              </w:rPr>
              <w:t>MONUMENTAL   |   $50,000</w:t>
            </w:r>
          </w:p>
        </w:tc>
      </w:tr>
      <w:tr w:rsidR="007679AE" w14:paraId="6A2D0ED4" w14:textId="77777777">
        <w:trPr>
          <w:jc w:val="center"/>
        </w:trPr>
        <w:tc>
          <w:tcPr>
            <w:tcW w:w="9360" w:type="dxa"/>
            <w:tcBorders>
              <w:top w:val="single" w:sz="8" w:space="0" w:color="C9D6DF"/>
              <w:left w:val="single" w:sz="8" w:space="0" w:color="C9D6DF"/>
              <w:bottom w:val="single" w:sz="8" w:space="0" w:color="C9D6DF"/>
              <w:right w:val="single" w:sz="8" w:space="0" w:color="C9D6DF"/>
            </w:tcBorders>
            <w:shd w:val="clear" w:color="auto" w:fill="FFFFFF"/>
            <w:tcMar>
              <w:top w:w="130" w:type="dxa"/>
              <w:left w:w="220" w:type="dxa"/>
              <w:bottom w:w="130" w:type="dxa"/>
              <w:right w:w="220" w:type="dxa"/>
            </w:tcMar>
          </w:tcPr>
          <w:p w14:paraId="40B92041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20 total tickets to event fundraisers</w:t>
            </w:r>
          </w:p>
          <w:p w14:paraId="19173CDA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VIP experience at all events, including tickets and a personal concierge</w:t>
            </w:r>
          </w:p>
          <w:p w14:paraId="2B862581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Title Sponsor recognition at all events</w:t>
            </w:r>
          </w:p>
          <w:p w14:paraId="54598314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Logo shout-outs on Facebook and Instagram four times annually</w:t>
            </w:r>
          </w:p>
          <w:p w14:paraId="09067F78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Recognition as a Corporate Business Partner at events</w:t>
            </w:r>
          </w:p>
          <w:p w14:paraId="5954D2F8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Event Facebook recognition</w:t>
            </w:r>
          </w:p>
          <w:p w14:paraId="262E4CA9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Business logo on Summer T-shirts (500+)</w:t>
            </w:r>
          </w:p>
          <w:p w14:paraId="593FBDB2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Logo displayed in Club foyers</w:t>
            </w:r>
          </w:p>
          <w:p w14:paraId="7D5D2862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Four business-sponsored ice cream socials in our Clubs</w:t>
            </w:r>
          </w:p>
          <w:p w14:paraId="79E325D1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Linked logo on the Boys &amp; Girls Clubs website</w:t>
            </w:r>
          </w:p>
          <w:p w14:paraId="1A2ECAA0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Pizza party with Club members and the CEO</w:t>
            </w:r>
          </w:p>
          <w:p w14:paraId="10200DCE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Logo recognition in the newsletter</w:t>
            </w:r>
          </w:p>
          <w:p w14:paraId="79D19169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Social media interview showcasing your business</w:t>
            </w:r>
          </w:p>
          <w:p w14:paraId="77C454BD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Presenting sponsor for three Club events</w:t>
            </w:r>
          </w:p>
          <w:p w14:paraId="41F3D092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Event promotion/giveaway sponsorship</w:t>
            </w:r>
          </w:p>
          <w:p w14:paraId="419538E5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Consideration for the Board of Directors</w:t>
            </w:r>
          </w:p>
          <w:p w14:paraId="14B48A74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Recognition plaque in the Clubs</w:t>
            </w:r>
          </w:p>
          <w:p w14:paraId="6D302EC6" w14:textId="77777777" w:rsidR="007679AE" w:rsidRPr="00B609C9" w:rsidRDefault="00000000">
            <w:pPr>
              <w:pStyle w:val="SponsorBulletCompact"/>
              <w:rPr>
                <w:sz w:val="28"/>
                <w:szCs w:val="28"/>
              </w:rPr>
            </w:pPr>
            <w:r w:rsidRPr="00B609C9">
              <w:rPr>
                <w:rFonts w:eastAsia="Aptos"/>
                <w:sz w:val="28"/>
                <w:szCs w:val="28"/>
              </w:rPr>
              <w:t>Lifetime Board Member recognition</w:t>
            </w:r>
          </w:p>
          <w:p w14:paraId="6C7F4954" w14:textId="77777777" w:rsidR="007679AE" w:rsidRDefault="00000000">
            <w:pPr>
              <w:pStyle w:val="SponsorBulletCompact"/>
            </w:pPr>
            <w:r w:rsidRPr="00B609C9">
              <w:rPr>
                <w:rFonts w:eastAsia="Aptos"/>
                <w:sz w:val="28"/>
                <w:szCs w:val="28"/>
              </w:rPr>
              <w:t>Naming consideration for a room or area of a Club (restrictions apply)</w:t>
            </w:r>
          </w:p>
        </w:tc>
      </w:tr>
    </w:tbl>
    <w:p w14:paraId="5D9EC9D5" w14:textId="77777777" w:rsidR="007679AE" w:rsidRDefault="007679AE"/>
    <w:p w14:paraId="2FB1E305" w14:textId="77777777" w:rsidR="007679AE" w:rsidRDefault="00000000">
      <w:r>
        <w:br w:type="page"/>
      </w: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1900"/>
        <w:gridCol w:w="7460"/>
      </w:tblGrid>
      <w:tr w:rsidR="007679AE" w14:paraId="3A75A1CF" w14:textId="77777777">
        <w:trPr>
          <w:jc w:val="center"/>
        </w:trPr>
        <w:tc>
          <w:tcPr>
            <w:tcW w:w="1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F0D35" w14:textId="77777777" w:rsidR="007679AE" w:rsidRDefault="00000000">
            <w:r>
              <w:rPr>
                <w:noProof/>
              </w:rPr>
              <w:lastRenderedPageBreak/>
              <w:drawing>
                <wp:inline distT="0" distB="0" distL="0" distR="0" wp14:anchorId="679D5E54" wp14:editId="1B389B14">
                  <wp:extent cx="1005840" cy="746348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1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746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A94A8" w14:textId="77777777" w:rsidR="007679AE" w:rsidRDefault="00000000">
            <w:pPr>
              <w:jc w:val="right"/>
            </w:pPr>
            <w:r>
              <w:rPr>
                <w:rFonts w:eastAsia="Aptos"/>
                <w:b/>
                <w:color w:val="657381"/>
                <w:sz w:val="18"/>
              </w:rPr>
              <w:t>2027 CORPORATE BUSINESS SPONSOR PACKAGES</w:t>
            </w:r>
          </w:p>
        </w:tc>
      </w:tr>
    </w:tbl>
    <w:p w14:paraId="4DCD658E" w14:textId="77777777" w:rsidR="007679AE" w:rsidRDefault="007679AE">
      <w:pPr>
        <w:pBdr>
          <w:bottom w:val="single" w:sz="18" w:space="0" w:color="0085C8"/>
        </w:pBdr>
        <w:spacing w:before="40" w:after="280"/>
      </w:pP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7679AE" w14:paraId="1B69BAD8" w14:textId="77777777">
        <w:trPr>
          <w:jc w:val="center"/>
        </w:trPr>
        <w:tc>
          <w:tcPr>
            <w:tcW w:w="9360" w:type="dxa"/>
            <w:tcBorders>
              <w:top w:val="single" w:sz="8" w:space="0" w:color="0B2545"/>
              <w:left w:val="single" w:sz="8" w:space="0" w:color="0B2545"/>
              <w:bottom w:val="single" w:sz="8" w:space="0" w:color="0B2545"/>
              <w:right w:val="single" w:sz="8" w:space="0" w:color="0B2545"/>
            </w:tcBorders>
            <w:shd w:val="clear" w:color="auto" w:fill="0B2545"/>
            <w:tcMar>
              <w:top w:w="110" w:type="dxa"/>
              <w:left w:w="180" w:type="dxa"/>
              <w:bottom w:w="105" w:type="dxa"/>
              <w:right w:w="180" w:type="dxa"/>
            </w:tcMar>
          </w:tcPr>
          <w:p w14:paraId="5BBDCCE1" w14:textId="77777777" w:rsidR="007679AE" w:rsidRPr="00B609C9" w:rsidRDefault="00000000">
            <w:pPr>
              <w:spacing w:after="0"/>
              <w:rPr>
                <w:sz w:val="32"/>
                <w:szCs w:val="32"/>
              </w:rPr>
            </w:pPr>
            <w:r w:rsidRPr="00B609C9">
              <w:rPr>
                <w:rFonts w:eastAsia="Aptos"/>
                <w:b/>
                <w:color w:val="FFFFFF"/>
                <w:sz w:val="32"/>
                <w:szCs w:val="32"/>
              </w:rPr>
              <w:t>SPECTACULAR   |   $25,000</w:t>
            </w:r>
          </w:p>
        </w:tc>
      </w:tr>
      <w:tr w:rsidR="007679AE" w14:paraId="3FE4BDD4" w14:textId="77777777">
        <w:trPr>
          <w:jc w:val="center"/>
        </w:trPr>
        <w:tc>
          <w:tcPr>
            <w:tcW w:w="9360" w:type="dxa"/>
            <w:tcBorders>
              <w:top w:val="single" w:sz="8" w:space="0" w:color="C9D6DF"/>
              <w:left w:val="single" w:sz="8" w:space="0" w:color="C9D6DF"/>
              <w:bottom w:val="single" w:sz="8" w:space="0" w:color="C9D6DF"/>
              <w:right w:val="single" w:sz="8" w:space="0" w:color="C9D6DF"/>
            </w:tcBorders>
            <w:shd w:val="clear" w:color="auto" w:fill="FFFFFF"/>
            <w:tcMar>
              <w:top w:w="130" w:type="dxa"/>
              <w:left w:w="220" w:type="dxa"/>
              <w:bottom w:w="130" w:type="dxa"/>
              <w:right w:w="220" w:type="dxa"/>
            </w:tcMar>
          </w:tcPr>
          <w:p w14:paraId="4231A18C" w14:textId="77777777" w:rsidR="007679AE" w:rsidRPr="006B5F75" w:rsidRDefault="00000000">
            <w:pPr>
              <w:pStyle w:val="SponsorBulletCompact"/>
              <w:rPr>
                <w:sz w:val="28"/>
                <w:szCs w:val="28"/>
              </w:rPr>
            </w:pPr>
            <w:r w:rsidRPr="006B5F75">
              <w:rPr>
                <w:rFonts w:eastAsia="Aptos"/>
                <w:sz w:val="28"/>
                <w:szCs w:val="28"/>
              </w:rPr>
              <w:t>20 total tickets to event fundraisers</w:t>
            </w:r>
          </w:p>
          <w:p w14:paraId="050F50BA" w14:textId="77777777" w:rsidR="007679AE" w:rsidRPr="006B5F75" w:rsidRDefault="00000000">
            <w:pPr>
              <w:pStyle w:val="SponsorBulletCompact"/>
              <w:rPr>
                <w:sz w:val="28"/>
                <w:szCs w:val="28"/>
              </w:rPr>
            </w:pPr>
            <w:r w:rsidRPr="006B5F75">
              <w:rPr>
                <w:rFonts w:eastAsia="Aptos"/>
                <w:sz w:val="28"/>
                <w:szCs w:val="28"/>
              </w:rPr>
              <w:t>VIP experience at all events, including tickets and a personal concierge</w:t>
            </w:r>
          </w:p>
          <w:p w14:paraId="3798B362" w14:textId="77777777" w:rsidR="007679AE" w:rsidRPr="006B5F75" w:rsidRDefault="00000000">
            <w:pPr>
              <w:pStyle w:val="SponsorBulletCompact"/>
              <w:rPr>
                <w:sz w:val="28"/>
                <w:szCs w:val="28"/>
              </w:rPr>
            </w:pPr>
            <w:r w:rsidRPr="006B5F75">
              <w:rPr>
                <w:rFonts w:eastAsia="Aptos"/>
                <w:sz w:val="28"/>
                <w:szCs w:val="28"/>
              </w:rPr>
              <w:t>Presenting Sponsor recognition at one Club event</w:t>
            </w:r>
          </w:p>
          <w:p w14:paraId="782678D6" w14:textId="77777777" w:rsidR="007679AE" w:rsidRPr="006B5F75" w:rsidRDefault="00000000">
            <w:pPr>
              <w:pStyle w:val="SponsorBulletCompact"/>
              <w:rPr>
                <w:sz w:val="28"/>
                <w:szCs w:val="28"/>
              </w:rPr>
            </w:pPr>
            <w:r w:rsidRPr="006B5F75">
              <w:rPr>
                <w:rFonts w:eastAsia="Aptos"/>
                <w:sz w:val="28"/>
                <w:szCs w:val="28"/>
              </w:rPr>
              <w:t>Logo shout-outs on Facebook and Instagram four times annually</w:t>
            </w:r>
          </w:p>
          <w:p w14:paraId="76F69975" w14:textId="77777777" w:rsidR="007679AE" w:rsidRPr="006B5F75" w:rsidRDefault="00000000">
            <w:pPr>
              <w:pStyle w:val="SponsorBulletCompact"/>
              <w:rPr>
                <w:sz w:val="28"/>
                <w:szCs w:val="28"/>
              </w:rPr>
            </w:pPr>
            <w:r w:rsidRPr="006B5F75">
              <w:rPr>
                <w:rFonts w:eastAsia="Aptos"/>
                <w:sz w:val="28"/>
                <w:szCs w:val="28"/>
              </w:rPr>
              <w:t>Recognition as a Corporate Business Partner at events</w:t>
            </w:r>
          </w:p>
          <w:p w14:paraId="6D6A171C" w14:textId="77777777" w:rsidR="007679AE" w:rsidRPr="006B5F75" w:rsidRDefault="00000000">
            <w:pPr>
              <w:pStyle w:val="SponsorBulletCompact"/>
              <w:rPr>
                <w:sz w:val="28"/>
                <w:szCs w:val="28"/>
              </w:rPr>
            </w:pPr>
            <w:r w:rsidRPr="006B5F75">
              <w:rPr>
                <w:rFonts w:eastAsia="Aptos"/>
                <w:sz w:val="28"/>
                <w:szCs w:val="28"/>
              </w:rPr>
              <w:t>Event Facebook recognition</w:t>
            </w:r>
          </w:p>
          <w:p w14:paraId="1A0585E2" w14:textId="77777777" w:rsidR="007679AE" w:rsidRPr="006B5F75" w:rsidRDefault="00000000">
            <w:pPr>
              <w:pStyle w:val="SponsorBulletCompact"/>
              <w:rPr>
                <w:sz w:val="28"/>
                <w:szCs w:val="28"/>
              </w:rPr>
            </w:pPr>
            <w:r w:rsidRPr="006B5F75">
              <w:rPr>
                <w:rFonts w:eastAsia="Aptos"/>
                <w:sz w:val="28"/>
                <w:szCs w:val="28"/>
              </w:rPr>
              <w:t>Business logo on Summer T-shirts (500+)</w:t>
            </w:r>
          </w:p>
          <w:p w14:paraId="60EDFA8D" w14:textId="77777777" w:rsidR="007679AE" w:rsidRPr="006B5F75" w:rsidRDefault="00000000">
            <w:pPr>
              <w:pStyle w:val="SponsorBulletCompact"/>
              <w:rPr>
                <w:sz w:val="28"/>
                <w:szCs w:val="28"/>
              </w:rPr>
            </w:pPr>
            <w:r w:rsidRPr="006B5F75">
              <w:rPr>
                <w:rFonts w:eastAsia="Aptos"/>
                <w:sz w:val="28"/>
                <w:szCs w:val="28"/>
              </w:rPr>
              <w:t>Logo displayed in Club foyers</w:t>
            </w:r>
          </w:p>
          <w:p w14:paraId="24B1F00E" w14:textId="77777777" w:rsidR="007679AE" w:rsidRPr="006B5F75" w:rsidRDefault="00000000">
            <w:pPr>
              <w:pStyle w:val="SponsorBulletCompact"/>
              <w:rPr>
                <w:sz w:val="28"/>
                <w:szCs w:val="28"/>
              </w:rPr>
            </w:pPr>
            <w:r w:rsidRPr="006B5F75">
              <w:rPr>
                <w:rFonts w:eastAsia="Aptos"/>
                <w:sz w:val="28"/>
                <w:szCs w:val="28"/>
              </w:rPr>
              <w:t>Four business-sponsored ice cream socials in our Clubs</w:t>
            </w:r>
          </w:p>
          <w:p w14:paraId="59531417" w14:textId="77777777" w:rsidR="007679AE" w:rsidRPr="006B5F75" w:rsidRDefault="00000000">
            <w:pPr>
              <w:pStyle w:val="SponsorBulletCompact"/>
              <w:rPr>
                <w:sz w:val="28"/>
                <w:szCs w:val="28"/>
              </w:rPr>
            </w:pPr>
            <w:r w:rsidRPr="006B5F75">
              <w:rPr>
                <w:rFonts w:eastAsia="Aptos"/>
                <w:sz w:val="28"/>
                <w:szCs w:val="28"/>
              </w:rPr>
              <w:t>Linked logo on the Boys &amp; Girls Clubs website</w:t>
            </w:r>
          </w:p>
          <w:p w14:paraId="63368960" w14:textId="77777777" w:rsidR="007679AE" w:rsidRPr="006B5F75" w:rsidRDefault="00000000">
            <w:pPr>
              <w:pStyle w:val="SponsorBulletCompact"/>
              <w:rPr>
                <w:sz w:val="28"/>
                <w:szCs w:val="28"/>
              </w:rPr>
            </w:pPr>
            <w:r w:rsidRPr="006B5F75">
              <w:rPr>
                <w:rFonts w:eastAsia="Aptos"/>
                <w:sz w:val="28"/>
                <w:szCs w:val="28"/>
              </w:rPr>
              <w:t>Pizza party with Club members and the CEO</w:t>
            </w:r>
          </w:p>
          <w:p w14:paraId="3E410B9B" w14:textId="77777777" w:rsidR="007679AE" w:rsidRPr="006B5F75" w:rsidRDefault="00000000">
            <w:pPr>
              <w:pStyle w:val="SponsorBulletCompact"/>
              <w:rPr>
                <w:sz w:val="28"/>
                <w:szCs w:val="28"/>
              </w:rPr>
            </w:pPr>
            <w:r w:rsidRPr="006B5F75">
              <w:rPr>
                <w:rFonts w:eastAsia="Aptos"/>
                <w:sz w:val="28"/>
                <w:szCs w:val="28"/>
              </w:rPr>
              <w:t>Logo recognition in the newsletter</w:t>
            </w:r>
          </w:p>
          <w:p w14:paraId="6BFA9A1F" w14:textId="77777777" w:rsidR="007679AE" w:rsidRPr="006B5F75" w:rsidRDefault="00000000">
            <w:pPr>
              <w:pStyle w:val="SponsorBulletCompact"/>
              <w:rPr>
                <w:sz w:val="28"/>
                <w:szCs w:val="28"/>
              </w:rPr>
            </w:pPr>
            <w:r w:rsidRPr="006B5F75">
              <w:rPr>
                <w:rFonts w:eastAsia="Aptos"/>
                <w:sz w:val="28"/>
                <w:szCs w:val="28"/>
              </w:rPr>
              <w:t>Social media interview showcasing your business</w:t>
            </w:r>
          </w:p>
          <w:p w14:paraId="07F796F1" w14:textId="77777777" w:rsidR="007679AE" w:rsidRPr="006B5F75" w:rsidRDefault="00000000">
            <w:pPr>
              <w:pStyle w:val="SponsorBulletCompact"/>
              <w:rPr>
                <w:sz w:val="28"/>
                <w:szCs w:val="28"/>
              </w:rPr>
            </w:pPr>
            <w:r w:rsidRPr="006B5F75">
              <w:rPr>
                <w:rFonts w:eastAsia="Aptos"/>
                <w:sz w:val="28"/>
                <w:szCs w:val="28"/>
              </w:rPr>
              <w:t>Presenting sponsor for three Club events</w:t>
            </w:r>
          </w:p>
          <w:p w14:paraId="406662CF" w14:textId="77777777" w:rsidR="007679AE" w:rsidRPr="006B5F75" w:rsidRDefault="00000000">
            <w:pPr>
              <w:pStyle w:val="SponsorBulletCompact"/>
              <w:rPr>
                <w:sz w:val="28"/>
                <w:szCs w:val="28"/>
              </w:rPr>
            </w:pPr>
            <w:r w:rsidRPr="006B5F75">
              <w:rPr>
                <w:rFonts w:eastAsia="Aptos"/>
                <w:sz w:val="28"/>
                <w:szCs w:val="28"/>
              </w:rPr>
              <w:t>Event promotion/giveaway sponsorship</w:t>
            </w:r>
          </w:p>
          <w:p w14:paraId="32E96F13" w14:textId="77777777" w:rsidR="007679AE" w:rsidRPr="006B5F75" w:rsidRDefault="00000000">
            <w:pPr>
              <w:pStyle w:val="SponsorBulletCompact"/>
              <w:rPr>
                <w:sz w:val="28"/>
                <w:szCs w:val="28"/>
              </w:rPr>
            </w:pPr>
            <w:r w:rsidRPr="006B5F75">
              <w:rPr>
                <w:rFonts w:eastAsia="Aptos"/>
                <w:sz w:val="28"/>
                <w:szCs w:val="28"/>
              </w:rPr>
              <w:t>Consideration for the Board of Directors</w:t>
            </w:r>
          </w:p>
          <w:p w14:paraId="4056F781" w14:textId="77777777" w:rsidR="007679AE" w:rsidRPr="006B5F75" w:rsidRDefault="00000000">
            <w:pPr>
              <w:pStyle w:val="SponsorBulletCompact"/>
              <w:rPr>
                <w:sz w:val="28"/>
                <w:szCs w:val="28"/>
              </w:rPr>
            </w:pPr>
            <w:r w:rsidRPr="006B5F75">
              <w:rPr>
                <w:rFonts w:eastAsia="Aptos"/>
                <w:sz w:val="28"/>
                <w:szCs w:val="28"/>
              </w:rPr>
              <w:t>Recognition plaque in the Clubs</w:t>
            </w:r>
          </w:p>
          <w:p w14:paraId="6361F444" w14:textId="77777777" w:rsidR="007679AE" w:rsidRDefault="00000000">
            <w:pPr>
              <w:pStyle w:val="SponsorBulletCompact"/>
            </w:pPr>
            <w:r w:rsidRPr="006B5F75">
              <w:rPr>
                <w:rFonts w:eastAsia="Aptos"/>
                <w:sz w:val="28"/>
                <w:szCs w:val="28"/>
              </w:rPr>
              <w:t>Honorary Board Member recognition for one year</w:t>
            </w:r>
          </w:p>
        </w:tc>
      </w:tr>
    </w:tbl>
    <w:p w14:paraId="455341C9" w14:textId="77777777" w:rsidR="007679AE" w:rsidRDefault="007679AE"/>
    <w:p w14:paraId="260F98B5" w14:textId="77777777" w:rsidR="007679AE" w:rsidRDefault="00000000">
      <w:r>
        <w:br w:type="page"/>
      </w: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1900"/>
        <w:gridCol w:w="7460"/>
      </w:tblGrid>
      <w:tr w:rsidR="007679AE" w14:paraId="1336F09B" w14:textId="77777777">
        <w:trPr>
          <w:jc w:val="center"/>
        </w:trPr>
        <w:tc>
          <w:tcPr>
            <w:tcW w:w="1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225AE" w14:textId="77777777" w:rsidR="007679AE" w:rsidRDefault="00000000">
            <w:r>
              <w:rPr>
                <w:noProof/>
              </w:rPr>
              <w:lastRenderedPageBreak/>
              <w:drawing>
                <wp:inline distT="0" distB="0" distL="0" distR="0" wp14:anchorId="65A20A95" wp14:editId="147CD870">
                  <wp:extent cx="1005840" cy="746348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1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746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C5A74" w14:textId="77777777" w:rsidR="007679AE" w:rsidRDefault="00000000">
            <w:pPr>
              <w:jc w:val="right"/>
            </w:pPr>
            <w:r>
              <w:rPr>
                <w:rFonts w:eastAsia="Aptos"/>
                <w:b/>
                <w:color w:val="657381"/>
                <w:sz w:val="18"/>
              </w:rPr>
              <w:t>2027 CORPORATE BUSINESS SPONSOR PACKAGES</w:t>
            </w:r>
          </w:p>
        </w:tc>
      </w:tr>
    </w:tbl>
    <w:p w14:paraId="3DB92354" w14:textId="77777777" w:rsidR="007679AE" w:rsidRDefault="007679AE">
      <w:pPr>
        <w:pBdr>
          <w:bottom w:val="single" w:sz="18" w:space="0" w:color="0085C8"/>
        </w:pBdr>
        <w:spacing w:before="40" w:after="280"/>
      </w:pP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7679AE" w14:paraId="7D7BF099" w14:textId="77777777">
        <w:trPr>
          <w:jc w:val="center"/>
        </w:trPr>
        <w:tc>
          <w:tcPr>
            <w:tcW w:w="9360" w:type="dxa"/>
            <w:tcBorders>
              <w:top w:val="single" w:sz="8" w:space="0" w:color="0B2545"/>
              <w:left w:val="single" w:sz="8" w:space="0" w:color="0B2545"/>
              <w:bottom w:val="single" w:sz="8" w:space="0" w:color="0B2545"/>
              <w:right w:val="single" w:sz="8" w:space="0" w:color="0B2545"/>
            </w:tcBorders>
            <w:shd w:val="clear" w:color="auto" w:fill="0B2545"/>
            <w:tcMar>
              <w:top w:w="110" w:type="dxa"/>
              <w:left w:w="180" w:type="dxa"/>
              <w:bottom w:w="105" w:type="dxa"/>
              <w:right w:w="180" w:type="dxa"/>
            </w:tcMar>
          </w:tcPr>
          <w:p w14:paraId="028D3020" w14:textId="77777777" w:rsidR="007679AE" w:rsidRPr="00B609C9" w:rsidRDefault="00000000">
            <w:pPr>
              <w:spacing w:after="0"/>
              <w:rPr>
                <w:sz w:val="32"/>
                <w:szCs w:val="32"/>
              </w:rPr>
            </w:pPr>
            <w:r w:rsidRPr="00B609C9">
              <w:rPr>
                <w:rFonts w:eastAsia="Aptos"/>
                <w:b/>
                <w:color w:val="FFFFFF"/>
                <w:sz w:val="32"/>
                <w:szCs w:val="32"/>
              </w:rPr>
              <w:t>PLATINUM   |   $10,000</w:t>
            </w:r>
          </w:p>
        </w:tc>
      </w:tr>
      <w:tr w:rsidR="007679AE" w14:paraId="57F12C92" w14:textId="77777777">
        <w:trPr>
          <w:jc w:val="center"/>
        </w:trPr>
        <w:tc>
          <w:tcPr>
            <w:tcW w:w="9360" w:type="dxa"/>
            <w:tcBorders>
              <w:top w:val="single" w:sz="8" w:space="0" w:color="C9D6DF"/>
              <w:left w:val="single" w:sz="8" w:space="0" w:color="C9D6DF"/>
              <w:bottom w:val="single" w:sz="8" w:space="0" w:color="C9D6DF"/>
              <w:right w:val="single" w:sz="8" w:space="0" w:color="C9D6DF"/>
            </w:tcBorders>
            <w:shd w:val="clear" w:color="auto" w:fill="FFFFFF"/>
            <w:tcMar>
              <w:top w:w="130" w:type="dxa"/>
              <w:left w:w="220" w:type="dxa"/>
              <w:bottom w:w="130" w:type="dxa"/>
              <w:right w:w="220" w:type="dxa"/>
            </w:tcMar>
          </w:tcPr>
          <w:p w14:paraId="16CA0789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10 total tickets to event fundraisers</w:t>
            </w:r>
          </w:p>
          <w:p w14:paraId="5F8FD72D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Logo shout-outs on Facebook and Instagram four times annually</w:t>
            </w:r>
          </w:p>
          <w:p w14:paraId="2C3ED355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Recognition as a Corporate Business Partner at events</w:t>
            </w:r>
          </w:p>
          <w:p w14:paraId="013E32A2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Event Facebook recognition and event promotion/giveaway sponsorship</w:t>
            </w:r>
          </w:p>
          <w:p w14:paraId="4A2920A8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Business logo on Summer T-shirts (500+)</w:t>
            </w:r>
          </w:p>
          <w:p w14:paraId="26D6A287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Logo displayed in Club foyers</w:t>
            </w:r>
          </w:p>
          <w:p w14:paraId="1325DDA7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Four business-sponsored ice cream socials in our Clubs</w:t>
            </w:r>
          </w:p>
          <w:p w14:paraId="2EB50385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Linked logo on the Boys &amp; Girls Clubs website</w:t>
            </w:r>
          </w:p>
          <w:p w14:paraId="7154D377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Pizza party with Club members and the CEO</w:t>
            </w:r>
          </w:p>
          <w:p w14:paraId="5E416760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Logo recognition and presented-by recognition in two newsletters</w:t>
            </w:r>
          </w:p>
          <w:p w14:paraId="0E27C47D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Social media interview showcasing your business</w:t>
            </w:r>
          </w:p>
          <w:p w14:paraId="26A9B77E" w14:textId="77777777" w:rsidR="007679AE" w:rsidRDefault="00000000">
            <w:pPr>
              <w:pStyle w:val="SponsorBulletCompact"/>
            </w:pPr>
            <w:r w:rsidRPr="006B5F75">
              <w:rPr>
                <w:rFonts w:eastAsia="Aptos"/>
                <w:sz w:val="24"/>
                <w:szCs w:val="24"/>
              </w:rPr>
              <w:t>Presenting sponsor for three Club events</w:t>
            </w:r>
          </w:p>
        </w:tc>
      </w:tr>
    </w:tbl>
    <w:p w14:paraId="5A47C809" w14:textId="77777777" w:rsidR="007679AE" w:rsidRDefault="007679AE"/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7679AE" w14:paraId="2602F97F" w14:textId="77777777">
        <w:trPr>
          <w:jc w:val="center"/>
        </w:trPr>
        <w:tc>
          <w:tcPr>
            <w:tcW w:w="9360" w:type="dxa"/>
            <w:tcBorders>
              <w:top w:val="single" w:sz="8" w:space="0" w:color="0B2545"/>
              <w:left w:val="single" w:sz="8" w:space="0" w:color="0B2545"/>
              <w:bottom w:val="single" w:sz="8" w:space="0" w:color="0B2545"/>
              <w:right w:val="single" w:sz="8" w:space="0" w:color="0B2545"/>
            </w:tcBorders>
            <w:shd w:val="clear" w:color="auto" w:fill="0B2545"/>
            <w:tcMar>
              <w:top w:w="110" w:type="dxa"/>
              <w:left w:w="180" w:type="dxa"/>
              <w:bottom w:w="105" w:type="dxa"/>
              <w:right w:w="180" w:type="dxa"/>
            </w:tcMar>
          </w:tcPr>
          <w:p w14:paraId="0ED1E9CC" w14:textId="77777777" w:rsidR="007679AE" w:rsidRPr="00B609C9" w:rsidRDefault="00000000">
            <w:pPr>
              <w:spacing w:after="0"/>
              <w:rPr>
                <w:sz w:val="32"/>
                <w:szCs w:val="32"/>
              </w:rPr>
            </w:pPr>
            <w:r w:rsidRPr="00B609C9">
              <w:rPr>
                <w:rFonts w:eastAsia="Aptos"/>
                <w:b/>
                <w:color w:val="FFFFFF"/>
                <w:sz w:val="32"/>
                <w:szCs w:val="32"/>
              </w:rPr>
              <w:t>DIAMOND   |   $7,500</w:t>
            </w:r>
          </w:p>
        </w:tc>
      </w:tr>
      <w:tr w:rsidR="007679AE" w14:paraId="21E88F0E" w14:textId="77777777">
        <w:trPr>
          <w:jc w:val="center"/>
        </w:trPr>
        <w:tc>
          <w:tcPr>
            <w:tcW w:w="9360" w:type="dxa"/>
            <w:tcBorders>
              <w:top w:val="single" w:sz="8" w:space="0" w:color="C9D6DF"/>
              <w:left w:val="single" w:sz="8" w:space="0" w:color="C9D6DF"/>
              <w:bottom w:val="single" w:sz="8" w:space="0" w:color="C9D6DF"/>
              <w:right w:val="single" w:sz="8" w:space="0" w:color="C9D6DF"/>
            </w:tcBorders>
            <w:shd w:val="clear" w:color="auto" w:fill="FFFFFF"/>
            <w:tcMar>
              <w:top w:w="130" w:type="dxa"/>
              <w:left w:w="220" w:type="dxa"/>
              <w:bottom w:w="130" w:type="dxa"/>
              <w:right w:w="220" w:type="dxa"/>
            </w:tcMar>
          </w:tcPr>
          <w:p w14:paraId="5B2A546D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10 total tickets to event fundraisers</w:t>
            </w:r>
          </w:p>
          <w:p w14:paraId="01F5CAE5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Logo shout-outs on Facebook and Instagram four times annually</w:t>
            </w:r>
          </w:p>
          <w:p w14:paraId="4D7558E1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Recognition as a Corporate Business Partner at events</w:t>
            </w:r>
          </w:p>
          <w:p w14:paraId="29DF9798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Event Facebook recognition and event promotion/giveaway sponsorship</w:t>
            </w:r>
          </w:p>
          <w:p w14:paraId="01C76343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Business logo on Summer T-shirts (500+)</w:t>
            </w:r>
          </w:p>
          <w:p w14:paraId="5937A7ED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Logo displayed in Club foyers</w:t>
            </w:r>
          </w:p>
          <w:p w14:paraId="47321DD8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Three business-sponsored ice cream socials in our Clubs</w:t>
            </w:r>
          </w:p>
          <w:p w14:paraId="68AFC3C7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Linked logo on the Boys &amp; Girls Clubs website</w:t>
            </w:r>
          </w:p>
          <w:p w14:paraId="39F6A11B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Pizza party with Club members and the CEO</w:t>
            </w:r>
          </w:p>
          <w:p w14:paraId="458F4D4B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 xml:space="preserve">Logo recognition and </w:t>
            </w:r>
            <w:proofErr w:type="gramStart"/>
            <w:r w:rsidRPr="006B5F75">
              <w:rPr>
                <w:rFonts w:eastAsia="Aptos"/>
                <w:sz w:val="24"/>
                <w:szCs w:val="24"/>
              </w:rPr>
              <w:t>presented-by</w:t>
            </w:r>
            <w:proofErr w:type="gramEnd"/>
            <w:r w:rsidRPr="006B5F75">
              <w:rPr>
                <w:rFonts w:eastAsia="Aptos"/>
                <w:sz w:val="24"/>
                <w:szCs w:val="24"/>
              </w:rPr>
              <w:t xml:space="preserve"> recognition in one newsletter</w:t>
            </w:r>
          </w:p>
          <w:p w14:paraId="259510D6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Social media interview showcasing your business</w:t>
            </w:r>
          </w:p>
          <w:p w14:paraId="62B3AC5E" w14:textId="77777777" w:rsidR="007679AE" w:rsidRDefault="00000000">
            <w:pPr>
              <w:pStyle w:val="SponsorBulletCompact"/>
            </w:pPr>
            <w:r w:rsidRPr="006B5F75">
              <w:rPr>
                <w:rFonts w:eastAsia="Aptos"/>
                <w:sz w:val="24"/>
                <w:szCs w:val="24"/>
              </w:rPr>
              <w:t>Sponsor recognition at one Club event</w:t>
            </w:r>
          </w:p>
        </w:tc>
      </w:tr>
    </w:tbl>
    <w:p w14:paraId="2887B45A" w14:textId="55738998" w:rsidR="007679AE" w:rsidRDefault="007679AE"/>
    <w:p w14:paraId="004D987C" w14:textId="77777777" w:rsidR="006B5F75" w:rsidRDefault="006B5F75"/>
    <w:p w14:paraId="0610A05A" w14:textId="77777777" w:rsidR="006B5F75" w:rsidRDefault="006B5F75"/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1900"/>
        <w:gridCol w:w="7460"/>
      </w:tblGrid>
      <w:tr w:rsidR="007679AE" w14:paraId="5D047455" w14:textId="77777777">
        <w:trPr>
          <w:jc w:val="center"/>
        </w:trPr>
        <w:tc>
          <w:tcPr>
            <w:tcW w:w="1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E9E82" w14:textId="77777777" w:rsidR="007679AE" w:rsidRDefault="00000000">
            <w:r>
              <w:rPr>
                <w:noProof/>
              </w:rPr>
              <w:lastRenderedPageBreak/>
              <w:drawing>
                <wp:inline distT="0" distB="0" distL="0" distR="0" wp14:anchorId="14880028" wp14:editId="407AAC3D">
                  <wp:extent cx="1005840" cy="746348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1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746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3DBD0" w14:textId="77777777" w:rsidR="007679AE" w:rsidRDefault="00000000">
            <w:pPr>
              <w:jc w:val="right"/>
            </w:pPr>
            <w:r>
              <w:rPr>
                <w:rFonts w:eastAsia="Aptos"/>
                <w:b/>
                <w:color w:val="657381"/>
                <w:sz w:val="18"/>
              </w:rPr>
              <w:t>2027 CORPORATE BUSINESS SPONSOR PACKAGES</w:t>
            </w:r>
          </w:p>
        </w:tc>
      </w:tr>
    </w:tbl>
    <w:p w14:paraId="0EEFBC72" w14:textId="77777777" w:rsidR="007679AE" w:rsidRDefault="007679AE">
      <w:pPr>
        <w:pBdr>
          <w:bottom w:val="single" w:sz="18" w:space="0" w:color="0085C8"/>
        </w:pBdr>
        <w:spacing w:before="40" w:after="280"/>
      </w:pPr>
    </w:p>
    <w:tbl>
      <w:tblPr>
        <w:tblW w:w="9300" w:type="dxa"/>
        <w:jc w:val="center"/>
        <w:tblLayout w:type="fixed"/>
        <w:tblLook w:val="04A0" w:firstRow="1" w:lastRow="0" w:firstColumn="1" w:lastColumn="0" w:noHBand="0" w:noVBand="1"/>
      </w:tblPr>
      <w:tblGrid>
        <w:gridCol w:w="9300"/>
      </w:tblGrid>
      <w:tr w:rsidR="007679AE" w14:paraId="5C8382D4" w14:textId="77777777" w:rsidTr="006B5F75">
        <w:trPr>
          <w:trHeight w:val="264"/>
          <w:jc w:val="center"/>
        </w:trPr>
        <w:tc>
          <w:tcPr>
            <w:tcW w:w="9300" w:type="dxa"/>
            <w:tcBorders>
              <w:top w:val="single" w:sz="8" w:space="0" w:color="0B2545"/>
              <w:left w:val="single" w:sz="8" w:space="0" w:color="0B2545"/>
              <w:bottom w:val="single" w:sz="8" w:space="0" w:color="0B2545"/>
              <w:right w:val="single" w:sz="8" w:space="0" w:color="0B2545"/>
            </w:tcBorders>
            <w:shd w:val="clear" w:color="auto" w:fill="0B2545"/>
            <w:tcMar>
              <w:top w:w="110" w:type="dxa"/>
              <w:left w:w="180" w:type="dxa"/>
              <w:bottom w:w="105" w:type="dxa"/>
              <w:right w:w="180" w:type="dxa"/>
            </w:tcMar>
          </w:tcPr>
          <w:p w14:paraId="1E1D138B" w14:textId="77777777" w:rsidR="007679AE" w:rsidRPr="006B5F75" w:rsidRDefault="00000000">
            <w:pPr>
              <w:spacing w:after="0"/>
              <w:rPr>
                <w:sz w:val="28"/>
                <w:szCs w:val="28"/>
              </w:rPr>
            </w:pPr>
            <w:r w:rsidRPr="006B5F75">
              <w:rPr>
                <w:rFonts w:eastAsia="Aptos"/>
                <w:b/>
                <w:color w:val="FFFFFF"/>
                <w:sz w:val="28"/>
                <w:szCs w:val="28"/>
              </w:rPr>
              <w:t>EMERALD   |   $5,000</w:t>
            </w:r>
          </w:p>
        </w:tc>
      </w:tr>
      <w:tr w:rsidR="007679AE" w:rsidRPr="006B5F75" w14:paraId="7D4EEC8B" w14:textId="77777777" w:rsidTr="006B5F75">
        <w:trPr>
          <w:trHeight w:val="3248"/>
          <w:jc w:val="center"/>
        </w:trPr>
        <w:tc>
          <w:tcPr>
            <w:tcW w:w="9300" w:type="dxa"/>
            <w:tcBorders>
              <w:top w:val="single" w:sz="8" w:space="0" w:color="C9D6DF"/>
              <w:left w:val="single" w:sz="8" w:space="0" w:color="C9D6DF"/>
              <w:bottom w:val="single" w:sz="8" w:space="0" w:color="C9D6DF"/>
              <w:right w:val="single" w:sz="8" w:space="0" w:color="C9D6DF"/>
            </w:tcBorders>
            <w:shd w:val="clear" w:color="auto" w:fill="FFFFFF"/>
            <w:tcMar>
              <w:top w:w="130" w:type="dxa"/>
              <w:left w:w="220" w:type="dxa"/>
              <w:bottom w:w="130" w:type="dxa"/>
              <w:right w:w="220" w:type="dxa"/>
            </w:tcMar>
          </w:tcPr>
          <w:p w14:paraId="3C3ED5DC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10 total tickets to event fundraisers</w:t>
            </w:r>
          </w:p>
          <w:p w14:paraId="519F2067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Logo shout-outs on Facebook and Instagram two times annually</w:t>
            </w:r>
          </w:p>
          <w:p w14:paraId="60AAF432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Recognition as a Corporate Business Partner at events</w:t>
            </w:r>
          </w:p>
          <w:p w14:paraId="196707C5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Event Facebook recognition</w:t>
            </w:r>
          </w:p>
          <w:p w14:paraId="20A1CFBC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Business logo on Summer T-shirts (500+)</w:t>
            </w:r>
          </w:p>
          <w:p w14:paraId="10B11F75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Two business-sponsored ice cream socials in our Clubs</w:t>
            </w:r>
          </w:p>
          <w:p w14:paraId="76108785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Logo recognition and one-time presented-by recognition in the monthly newsletter</w:t>
            </w:r>
          </w:p>
          <w:p w14:paraId="732BE61C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Linked logo on the Boys &amp; Girls Clubs website</w:t>
            </w:r>
          </w:p>
          <w:p w14:paraId="7627B67B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Pizza party with Club members and the CEO</w:t>
            </w:r>
          </w:p>
          <w:p w14:paraId="6C9085B1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Social media interview showcasing your business</w:t>
            </w:r>
          </w:p>
          <w:p w14:paraId="7F65BEA0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Sponsor recognition at one Club event</w:t>
            </w:r>
          </w:p>
        </w:tc>
      </w:tr>
    </w:tbl>
    <w:p w14:paraId="57D58A67" w14:textId="77777777" w:rsidR="007679AE" w:rsidRPr="006B5F75" w:rsidRDefault="007679AE">
      <w:pPr>
        <w:rPr>
          <w:sz w:val="24"/>
          <w:szCs w:val="24"/>
        </w:rPr>
      </w:pP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7679AE" w:rsidRPr="006B5F75" w14:paraId="3DCC7179" w14:textId="77777777">
        <w:trPr>
          <w:jc w:val="center"/>
        </w:trPr>
        <w:tc>
          <w:tcPr>
            <w:tcW w:w="9360" w:type="dxa"/>
            <w:tcBorders>
              <w:top w:val="single" w:sz="8" w:space="0" w:color="0B2545"/>
              <w:left w:val="single" w:sz="8" w:space="0" w:color="0B2545"/>
              <w:bottom w:val="single" w:sz="8" w:space="0" w:color="0B2545"/>
              <w:right w:val="single" w:sz="8" w:space="0" w:color="0B2545"/>
            </w:tcBorders>
            <w:shd w:val="clear" w:color="auto" w:fill="0B2545"/>
            <w:tcMar>
              <w:top w:w="110" w:type="dxa"/>
              <w:left w:w="180" w:type="dxa"/>
              <w:bottom w:w="105" w:type="dxa"/>
              <w:right w:w="180" w:type="dxa"/>
            </w:tcMar>
          </w:tcPr>
          <w:p w14:paraId="362B7FA3" w14:textId="77777777" w:rsidR="007679AE" w:rsidRPr="006B5F75" w:rsidRDefault="00000000">
            <w:pPr>
              <w:spacing w:after="0"/>
              <w:rPr>
                <w:sz w:val="28"/>
                <w:szCs w:val="28"/>
              </w:rPr>
            </w:pPr>
            <w:r w:rsidRPr="006B5F75">
              <w:rPr>
                <w:rFonts w:eastAsia="Aptos"/>
                <w:b/>
                <w:color w:val="FFFFFF"/>
                <w:sz w:val="28"/>
                <w:szCs w:val="28"/>
              </w:rPr>
              <w:t>RUBY   |   $2,500</w:t>
            </w:r>
          </w:p>
        </w:tc>
      </w:tr>
      <w:tr w:rsidR="007679AE" w:rsidRPr="006B5F75" w14:paraId="67F2578E" w14:textId="77777777" w:rsidTr="006B5F75">
        <w:trPr>
          <w:trHeight w:val="2800"/>
          <w:jc w:val="center"/>
        </w:trPr>
        <w:tc>
          <w:tcPr>
            <w:tcW w:w="9360" w:type="dxa"/>
            <w:tcBorders>
              <w:top w:val="single" w:sz="8" w:space="0" w:color="C9D6DF"/>
              <w:left w:val="single" w:sz="8" w:space="0" w:color="C9D6DF"/>
              <w:bottom w:val="single" w:sz="8" w:space="0" w:color="C9D6DF"/>
              <w:right w:val="single" w:sz="8" w:space="0" w:color="C9D6DF"/>
            </w:tcBorders>
            <w:shd w:val="clear" w:color="auto" w:fill="FFFFFF"/>
            <w:tcMar>
              <w:top w:w="130" w:type="dxa"/>
              <w:left w:w="220" w:type="dxa"/>
              <w:bottom w:w="130" w:type="dxa"/>
              <w:right w:w="220" w:type="dxa"/>
            </w:tcMar>
          </w:tcPr>
          <w:p w14:paraId="6729FFF4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4 total tickets to event fundraisers</w:t>
            </w:r>
          </w:p>
          <w:p w14:paraId="514D1B0A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Logo and shout-out on Facebook and Instagram</w:t>
            </w:r>
          </w:p>
          <w:p w14:paraId="161341F3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Recognition as a Corporate Business Partner at events</w:t>
            </w:r>
          </w:p>
          <w:p w14:paraId="7BD5CFA8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Event Facebook recognition</w:t>
            </w:r>
          </w:p>
          <w:p w14:paraId="548C4BB4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Business logo on Summer T-shirts (500+)</w:t>
            </w:r>
          </w:p>
          <w:p w14:paraId="254112FB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Logo displayed in Club foyers</w:t>
            </w:r>
          </w:p>
          <w:p w14:paraId="4C81F1D0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Business-sponsored ice cream social in our Clubs</w:t>
            </w:r>
          </w:p>
          <w:p w14:paraId="30268F1B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Logo recognition in the newsletter</w:t>
            </w:r>
          </w:p>
          <w:p w14:paraId="524CD0C8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Logo on the Boys &amp; Girls Clubs website</w:t>
            </w:r>
          </w:p>
        </w:tc>
      </w:tr>
    </w:tbl>
    <w:p w14:paraId="5715C6B0" w14:textId="77777777" w:rsidR="007679AE" w:rsidRPr="006B5F75" w:rsidRDefault="007679AE">
      <w:pPr>
        <w:rPr>
          <w:sz w:val="24"/>
          <w:szCs w:val="24"/>
        </w:rPr>
      </w:pP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7679AE" w:rsidRPr="006B5F75" w14:paraId="7C03A279" w14:textId="77777777">
        <w:trPr>
          <w:jc w:val="center"/>
        </w:trPr>
        <w:tc>
          <w:tcPr>
            <w:tcW w:w="9360" w:type="dxa"/>
            <w:tcBorders>
              <w:top w:val="single" w:sz="8" w:space="0" w:color="0B2545"/>
              <w:left w:val="single" w:sz="8" w:space="0" w:color="0B2545"/>
              <w:bottom w:val="single" w:sz="8" w:space="0" w:color="0B2545"/>
              <w:right w:val="single" w:sz="8" w:space="0" w:color="0B2545"/>
            </w:tcBorders>
            <w:shd w:val="clear" w:color="auto" w:fill="0B2545"/>
            <w:tcMar>
              <w:top w:w="110" w:type="dxa"/>
              <w:left w:w="180" w:type="dxa"/>
              <w:bottom w:w="105" w:type="dxa"/>
              <w:right w:w="180" w:type="dxa"/>
            </w:tcMar>
          </w:tcPr>
          <w:p w14:paraId="7974418C" w14:textId="77777777" w:rsidR="007679AE" w:rsidRPr="006B5F75" w:rsidRDefault="00000000">
            <w:pPr>
              <w:spacing w:after="0"/>
              <w:rPr>
                <w:sz w:val="28"/>
                <w:szCs w:val="28"/>
              </w:rPr>
            </w:pPr>
            <w:r w:rsidRPr="006B5F75">
              <w:rPr>
                <w:rFonts w:eastAsia="Aptos"/>
                <w:b/>
                <w:color w:val="FFFFFF"/>
                <w:sz w:val="28"/>
                <w:szCs w:val="28"/>
              </w:rPr>
              <w:t>SAPPHIRE   |   $1,200</w:t>
            </w:r>
          </w:p>
        </w:tc>
      </w:tr>
      <w:tr w:rsidR="007679AE" w:rsidRPr="006B5F75" w14:paraId="070BED52" w14:textId="77777777">
        <w:trPr>
          <w:jc w:val="center"/>
        </w:trPr>
        <w:tc>
          <w:tcPr>
            <w:tcW w:w="9360" w:type="dxa"/>
            <w:tcBorders>
              <w:top w:val="single" w:sz="8" w:space="0" w:color="C9D6DF"/>
              <w:left w:val="single" w:sz="8" w:space="0" w:color="C9D6DF"/>
              <w:bottom w:val="single" w:sz="8" w:space="0" w:color="C9D6DF"/>
              <w:right w:val="single" w:sz="8" w:space="0" w:color="C9D6DF"/>
            </w:tcBorders>
            <w:shd w:val="clear" w:color="auto" w:fill="FFFFFF"/>
            <w:tcMar>
              <w:top w:w="130" w:type="dxa"/>
              <w:left w:w="220" w:type="dxa"/>
              <w:bottom w:w="130" w:type="dxa"/>
              <w:right w:w="220" w:type="dxa"/>
            </w:tcMar>
          </w:tcPr>
          <w:p w14:paraId="327CFDA9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Logo on the Boys &amp; Girls Clubs website</w:t>
            </w:r>
          </w:p>
          <w:p w14:paraId="001C000F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4 total tickets to event fundraisers</w:t>
            </w:r>
          </w:p>
          <w:p w14:paraId="4D3AF3C0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Logo and shout-out on Facebook and Instagram</w:t>
            </w:r>
          </w:p>
          <w:p w14:paraId="69A5DE59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Recognition as a Corporate Business Partner at events</w:t>
            </w:r>
          </w:p>
          <w:p w14:paraId="1B4FDD24" w14:textId="77777777" w:rsidR="007679AE" w:rsidRPr="006B5F75" w:rsidRDefault="00000000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Event Facebook recognition</w:t>
            </w:r>
          </w:p>
          <w:p w14:paraId="6F0AA940" w14:textId="7B5E2EB3" w:rsidR="007679AE" w:rsidRPr="006B5F75" w:rsidRDefault="00000000" w:rsidP="006B5F75">
            <w:pPr>
              <w:pStyle w:val="SponsorBulletCompact"/>
              <w:rPr>
                <w:sz w:val="24"/>
                <w:szCs w:val="24"/>
              </w:rPr>
            </w:pPr>
            <w:r w:rsidRPr="006B5F75">
              <w:rPr>
                <w:rFonts w:eastAsia="Aptos"/>
                <w:sz w:val="24"/>
                <w:szCs w:val="24"/>
              </w:rPr>
              <w:t>Business name on Summer T-shirts (500+)</w:t>
            </w:r>
          </w:p>
        </w:tc>
      </w:tr>
    </w:tbl>
    <w:p w14:paraId="529EB9E8" w14:textId="67328242" w:rsidR="007679AE" w:rsidRDefault="007679AE"/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1900"/>
        <w:gridCol w:w="7460"/>
      </w:tblGrid>
      <w:tr w:rsidR="007679AE" w14:paraId="21A1E8AA" w14:textId="77777777">
        <w:trPr>
          <w:jc w:val="center"/>
        </w:trPr>
        <w:tc>
          <w:tcPr>
            <w:tcW w:w="1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EEACD" w14:textId="77777777" w:rsidR="007679AE" w:rsidRDefault="00000000">
            <w:r>
              <w:rPr>
                <w:noProof/>
              </w:rPr>
              <w:lastRenderedPageBreak/>
              <w:drawing>
                <wp:inline distT="0" distB="0" distL="0" distR="0" wp14:anchorId="3D2E725B" wp14:editId="39E5F0DD">
                  <wp:extent cx="1005840" cy="746348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1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746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27512" w14:textId="77777777" w:rsidR="007679AE" w:rsidRDefault="00000000">
            <w:pPr>
              <w:jc w:val="right"/>
            </w:pPr>
            <w:r>
              <w:rPr>
                <w:rFonts w:eastAsia="Aptos"/>
                <w:b/>
                <w:color w:val="657381"/>
                <w:sz w:val="18"/>
              </w:rPr>
              <w:t>2027 CORPORATE PARTNER COMMITMENT</w:t>
            </w:r>
          </w:p>
        </w:tc>
      </w:tr>
    </w:tbl>
    <w:p w14:paraId="5B679347" w14:textId="77777777" w:rsidR="007679AE" w:rsidRDefault="007679AE">
      <w:pPr>
        <w:pBdr>
          <w:bottom w:val="single" w:sz="18" w:space="0" w:color="0085C8"/>
        </w:pBdr>
        <w:spacing w:before="40" w:after="280"/>
      </w:pPr>
    </w:p>
    <w:p w14:paraId="2F89FC9C" w14:textId="77777777" w:rsidR="007679AE" w:rsidRDefault="00000000">
      <w:pPr>
        <w:spacing w:after="60"/>
      </w:pPr>
      <w:r>
        <w:rPr>
          <w:rFonts w:eastAsia="Aptos"/>
          <w:b/>
          <w:color w:val="0B2545"/>
          <w:sz w:val="42"/>
        </w:rPr>
        <w:t>BECOME A 2027 CORPORATE PARTNER</w:t>
      </w:r>
    </w:p>
    <w:p w14:paraId="5BACC323" w14:textId="77777777" w:rsidR="007679AE" w:rsidRDefault="00000000">
      <w:pPr>
        <w:spacing w:after="320"/>
      </w:pPr>
      <w:r>
        <w:rPr>
          <w:rFonts w:eastAsia="Aptos"/>
          <w:color w:val="657381"/>
          <w:sz w:val="22"/>
        </w:rPr>
        <w:t>Thank you for investing in the next generation of leaders.</w:t>
      </w:r>
    </w:p>
    <w:p w14:paraId="0DC70716" w14:textId="77777777" w:rsidR="007679AE" w:rsidRDefault="00000000">
      <w:pPr>
        <w:spacing w:after="160"/>
      </w:pPr>
      <w:r>
        <w:rPr>
          <w:rFonts w:eastAsia="Aptos"/>
          <w:b/>
          <w:color w:val="0B2545"/>
          <w:sz w:val="20"/>
        </w:rPr>
        <w:t>Sponsorship level</w:t>
      </w:r>
      <w:r>
        <w:rPr>
          <w:rFonts w:eastAsia="Aptos"/>
          <w:sz w:val="20"/>
        </w:rPr>
        <w:t xml:space="preserve">  ____________________________________________________________________</w:t>
      </w:r>
    </w:p>
    <w:p w14:paraId="276783A7" w14:textId="77777777" w:rsidR="007679AE" w:rsidRDefault="00000000">
      <w:pPr>
        <w:spacing w:after="160"/>
      </w:pPr>
      <w:r>
        <w:rPr>
          <w:rFonts w:eastAsia="Aptos"/>
          <w:b/>
          <w:color w:val="0B2545"/>
          <w:sz w:val="20"/>
        </w:rPr>
        <w:t>Pledge amount</w:t>
      </w:r>
      <w:r>
        <w:rPr>
          <w:rFonts w:eastAsia="Aptos"/>
          <w:sz w:val="20"/>
        </w:rPr>
        <w:t xml:space="preserve">  $____________________________________________________________________</w:t>
      </w:r>
    </w:p>
    <w:p w14:paraId="49325B09" w14:textId="77777777" w:rsidR="007679AE" w:rsidRDefault="00000000">
      <w:pPr>
        <w:spacing w:after="240"/>
      </w:pPr>
      <w:r>
        <w:rPr>
          <w:rFonts w:eastAsia="Aptos"/>
          <w:b/>
          <w:color w:val="0B2545"/>
          <w:sz w:val="20"/>
        </w:rPr>
        <w:t>PAYMENT OPTION</w:t>
      </w:r>
      <w:r>
        <w:rPr>
          <w:rFonts w:eastAsia="Aptos"/>
          <w:sz w:val="20"/>
        </w:rPr>
        <w:t xml:space="preserve">   ☐ Check enclosed    ☐ Please invoice quarterly    ☐ Credit card</w:t>
      </w: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6100"/>
        <w:gridCol w:w="3260"/>
      </w:tblGrid>
      <w:tr w:rsidR="007679AE" w14:paraId="7568BFE8" w14:textId="77777777">
        <w:trPr>
          <w:jc w:val="center"/>
        </w:trPr>
        <w:tc>
          <w:tcPr>
            <w:tcW w:w="6100" w:type="dxa"/>
            <w:tcBorders>
              <w:top w:val="single" w:sz="8" w:space="0" w:color="C9D6DF"/>
              <w:left w:val="single" w:sz="8" w:space="0" w:color="C9D6DF"/>
              <w:bottom w:val="single" w:sz="8" w:space="0" w:color="C9D6DF"/>
              <w:right w:val="single" w:sz="8" w:space="0" w:color="C9D6DF"/>
            </w:tcBorders>
            <w:shd w:val="clear" w:color="auto" w:fill="EAF6FB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2BDB390B" w14:textId="77777777" w:rsidR="007679AE" w:rsidRDefault="00000000">
            <w:r>
              <w:rPr>
                <w:rFonts w:eastAsia="Aptos"/>
                <w:b/>
                <w:color w:val="657381"/>
                <w:sz w:val="16"/>
              </w:rPr>
              <w:t>CARD NUMBER</w:t>
            </w:r>
          </w:p>
          <w:p w14:paraId="14282D7F" w14:textId="77777777" w:rsidR="007679AE" w:rsidRDefault="00000000">
            <w:pPr>
              <w:spacing w:after="0"/>
            </w:pPr>
            <w:r>
              <w:rPr>
                <w:rFonts w:eastAsia="Aptos"/>
                <w:sz w:val="20"/>
              </w:rPr>
              <w:t>______________________________</w:t>
            </w:r>
          </w:p>
        </w:tc>
        <w:tc>
          <w:tcPr>
            <w:tcW w:w="3260" w:type="dxa"/>
            <w:tcBorders>
              <w:top w:val="single" w:sz="8" w:space="0" w:color="C9D6DF"/>
              <w:left w:val="single" w:sz="8" w:space="0" w:color="C9D6DF"/>
              <w:bottom w:val="single" w:sz="8" w:space="0" w:color="C9D6DF"/>
              <w:right w:val="single" w:sz="8" w:space="0" w:color="C9D6DF"/>
            </w:tcBorders>
            <w:shd w:val="clear" w:color="auto" w:fill="EAF6FB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64661416" w14:textId="77777777" w:rsidR="007679AE" w:rsidRDefault="00000000">
            <w:r>
              <w:rPr>
                <w:rFonts w:eastAsia="Aptos"/>
                <w:b/>
                <w:color w:val="657381"/>
                <w:sz w:val="16"/>
              </w:rPr>
              <w:t>EXPIRATION DATE</w:t>
            </w:r>
          </w:p>
          <w:p w14:paraId="3B1D7D9D" w14:textId="77777777" w:rsidR="007679AE" w:rsidRDefault="00000000">
            <w:pPr>
              <w:spacing w:after="0"/>
            </w:pPr>
            <w:r>
              <w:rPr>
                <w:rFonts w:eastAsia="Aptos"/>
                <w:sz w:val="20"/>
              </w:rPr>
              <w:t>______________________________</w:t>
            </w:r>
          </w:p>
        </w:tc>
      </w:tr>
      <w:tr w:rsidR="007679AE" w14:paraId="000AE708" w14:textId="77777777">
        <w:trPr>
          <w:jc w:val="center"/>
        </w:trPr>
        <w:tc>
          <w:tcPr>
            <w:tcW w:w="6100" w:type="dxa"/>
            <w:tcBorders>
              <w:top w:val="single" w:sz="8" w:space="0" w:color="C9D6DF"/>
              <w:left w:val="single" w:sz="8" w:space="0" w:color="C9D6DF"/>
              <w:bottom w:val="single" w:sz="8" w:space="0" w:color="C9D6DF"/>
              <w:right w:val="single" w:sz="8" w:space="0" w:color="C9D6DF"/>
            </w:tcBorders>
            <w:shd w:val="clear" w:color="auto" w:fill="EAF6FB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4E97193F" w14:textId="77777777" w:rsidR="007679AE" w:rsidRDefault="00000000">
            <w:r>
              <w:rPr>
                <w:rFonts w:eastAsia="Aptos"/>
                <w:b/>
                <w:color w:val="657381"/>
                <w:sz w:val="16"/>
              </w:rPr>
              <w:t>SECURITY CODE (CCV)</w:t>
            </w:r>
          </w:p>
          <w:p w14:paraId="15B06A5E" w14:textId="77777777" w:rsidR="007679AE" w:rsidRDefault="00000000">
            <w:pPr>
              <w:spacing w:after="0"/>
            </w:pPr>
            <w:r>
              <w:rPr>
                <w:rFonts w:eastAsia="Aptos"/>
                <w:sz w:val="20"/>
              </w:rPr>
              <w:t>______________________________</w:t>
            </w:r>
          </w:p>
        </w:tc>
        <w:tc>
          <w:tcPr>
            <w:tcW w:w="3260" w:type="dxa"/>
            <w:tcBorders>
              <w:top w:val="single" w:sz="8" w:space="0" w:color="C9D6DF"/>
              <w:left w:val="single" w:sz="8" w:space="0" w:color="C9D6DF"/>
              <w:bottom w:val="single" w:sz="8" w:space="0" w:color="C9D6DF"/>
              <w:right w:val="single" w:sz="8" w:space="0" w:color="C9D6DF"/>
            </w:tcBorders>
            <w:shd w:val="clear" w:color="auto" w:fill="EAF6FB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2BED61E1" w14:textId="77777777" w:rsidR="007679AE" w:rsidRDefault="00000000">
            <w:r>
              <w:rPr>
                <w:rFonts w:eastAsia="Aptos"/>
                <w:b/>
                <w:color w:val="657381"/>
                <w:sz w:val="16"/>
              </w:rPr>
              <w:t>BILLING ZIP CODE</w:t>
            </w:r>
          </w:p>
          <w:p w14:paraId="4CD0C463" w14:textId="77777777" w:rsidR="007679AE" w:rsidRDefault="00000000">
            <w:pPr>
              <w:spacing w:after="0"/>
            </w:pPr>
            <w:r>
              <w:rPr>
                <w:rFonts w:eastAsia="Aptos"/>
                <w:sz w:val="20"/>
              </w:rPr>
              <w:t>______________________________</w:t>
            </w:r>
          </w:p>
        </w:tc>
      </w:tr>
      <w:tr w:rsidR="007679AE" w14:paraId="19FF87AB" w14:textId="77777777">
        <w:trPr>
          <w:jc w:val="center"/>
        </w:trPr>
        <w:tc>
          <w:tcPr>
            <w:tcW w:w="6100" w:type="dxa"/>
            <w:tcBorders>
              <w:top w:val="single" w:sz="8" w:space="0" w:color="C9D6DF"/>
              <w:left w:val="single" w:sz="8" w:space="0" w:color="C9D6DF"/>
              <w:bottom w:val="single" w:sz="8" w:space="0" w:color="C9D6DF"/>
              <w:right w:val="single" w:sz="8" w:space="0" w:color="C9D6DF"/>
            </w:tcBorders>
            <w:shd w:val="clear" w:color="auto" w:fill="EAF6FB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3D4DC1F2" w14:textId="77777777" w:rsidR="007679AE" w:rsidRDefault="00000000">
            <w:r>
              <w:rPr>
                <w:rFonts w:eastAsia="Aptos"/>
                <w:b/>
                <w:color w:val="657381"/>
                <w:sz w:val="16"/>
              </w:rPr>
              <w:t>AUTHORIZED SIGNATURE</w:t>
            </w:r>
          </w:p>
          <w:p w14:paraId="6B1648EA" w14:textId="77777777" w:rsidR="007679AE" w:rsidRDefault="00000000">
            <w:pPr>
              <w:spacing w:after="0"/>
            </w:pPr>
            <w:r>
              <w:rPr>
                <w:rFonts w:eastAsia="Aptos"/>
                <w:sz w:val="20"/>
              </w:rPr>
              <w:t>______________________________</w:t>
            </w:r>
          </w:p>
        </w:tc>
        <w:tc>
          <w:tcPr>
            <w:tcW w:w="3260" w:type="dxa"/>
            <w:tcBorders>
              <w:top w:val="single" w:sz="8" w:space="0" w:color="C9D6DF"/>
              <w:left w:val="single" w:sz="8" w:space="0" w:color="C9D6DF"/>
              <w:bottom w:val="single" w:sz="8" w:space="0" w:color="C9D6DF"/>
              <w:right w:val="single" w:sz="8" w:space="0" w:color="C9D6DF"/>
            </w:tcBorders>
            <w:shd w:val="clear" w:color="auto" w:fill="EAF6FB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50F824FB" w14:textId="77777777" w:rsidR="007679AE" w:rsidRDefault="00000000">
            <w:r>
              <w:rPr>
                <w:rFonts w:eastAsia="Aptos"/>
                <w:b/>
                <w:color w:val="657381"/>
                <w:sz w:val="16"/>
              </w:rPr>
              <w:t>DATE</w:t>
            </w:r>
          </w:p>
          <w:p w14:paraId="5AAF8148" w14:textId="77777777" w:rsidR="007679AE" w:rsidRDefault="00000000">
            <w:pPr>
              <w:spacing w:after="0"/>
            </w:pPr>
            <w:r>
              <w:rPr>
                <w:rFonts w:eastAsia="Aptos"/>
                <w:sz w:val="20"/>
              </w:rPr>
              <w:t>______________________________</w:t>
            </w:r>
          </w:p>
        </w:tc>
      </w:tr>
    </w:tbl>
    <w:p w14:paraId="7B045CCC" w14:textId="77777777" w:rsidR="007679AE" w:rsidRDefault="007679AE">
      <w:pPr>
        <w:spacing w:after="40"/>
      </w:pPr>
    </w:p>
    <w:p w14:paraId="7168E85B" w14:textId="77777777" w:rsidR="007679AE" w:rsidRDefault="00000000">
      <w:pPr>
        <w:spacing w:after="160"/>
      </w:pPr>
      <w:r>
        <w:rPr>
          <w:rFonts w:eastAsia="Aptos"/>
          <w:b/>
          <w:color w:val="0B2545"/>
          <w:sz w:val="20"/>
        </w:rPr>
        <w:t>CONTACT INFORMATION</w:t>
      </w: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7679AE" w14:paraId="543B5029" w14:textId="77777777">
        <w:trPr>
          <w:jc w:val="center"/>
        </w:trPr>
        <w:tc>
          <w:tcPr>
            <w:tcW w:w="4680" w:type="dxa"/>
            <w:tcBorders>
              <w:top w:val="single" w:sz="8" w:space="0" w:color="C9D6DF"/>
              <w:left w:val="single" w:sz="8" w:space="0" w:color="C9D6DF"/>
              <w:bottom w:val="single" w:sz="8" w:space="0" w:color="C9D6DF"/>
              <w:right w:val="single" w:sz="8" w:space="0" w:color="C9D6DF"/>
            </w:tcBorders>
            <w:tcMar>
              <w:top w:w="95" w:type="dxa"/>
              <w:left w:w="150" w:type="dxa"/>
              <w:bottom w:w="95" w:type="dxa"/>
              <w:right w:w="150" w:type="dxa"/>
            </w:tcMar>
          </w:tcPr>
          <w:p w14:paraId="60A6DAC6" w14:textId="77777777" w:rsidR="007679AE" w:rsidRDefault="00000000">
            <w:r>
              <w:rPr>
                <w:rFonts w:eastAsia="Aptos"/>
                <w:b/>
                <w:color w:val="657381"/>
                <w:sz w:val="16"/>
              </w:rPr>
              <w:t>NAME</w:t>
            </w:r>
          </w:p>
          <w:p w14:paraId="7C23D789" w14:textId="77777777" w:rsidR="007679AE" w:rsidRDefault="00000000">
            <w:pPr>
              <w:spacing w:after="0"/>
            </w:pPr>
            <w:r>
              <w:rPr>
                <w:rFonts w:eastAsia="Aptos"/>
                <w:sz w:val="20"/>
              </w:rPr>
              <w:t>____________________________</w:t>
            </w:r>
          </w:p>
        </w:tc>
        <w:tc>
          <w:tcPr>
            <w:tcW w:w="4680" w:type="dxa"/>
            <w:tcBorders>
              <w:top w:val="single" w:sz="8" w:space="0" w:color="C9D6DF"/>
              <w:left w:val="single" w:sz="8" w:space="0" w:color="C9D6DF"/>
              <w:bottom w:val="single" w:sz="8" w:space="0" w:color="C9D6DF"/>
              <w:right w:val="single" w:sz="8" w:space="0" w:color="C9D6DF"/>
            </w:tcBorders>
            <w:tcMar>
              <w:top w:w="95" w:type="dxa"/>
              <w:left w:w="150" w:type="dxa"/>
              <w:bottom w:w="95" w:type="dxa"/>
              <w:right w:w="150" w:type="dxa"/>
            </w:tcMar>
          </w:tcPr>
          <w:p w14:paraId="06109B68" w14:textId="77777777" w:rsidR="007679AE" w:rsidRDefault="00000000">
            <w:r>
              <w:rPr>
                <w:rFonts w:eastAsia="Aptos"/>
                <w:b/>
                <w:color w:val="657381"/>
                <w:sz w:val="16"/>
              </w:rPr>
              <w:t>TITLE</w:t>
            </w:r>
          </w:p>
          <w:p w14:paraId="4626A957" w14:textId="77777777" w:rsidR="007679AE" w:rsidRDefault="00000000">
            <w:pPr>
              <w:spacing w:after="0"/>
            </w:pPr>
            <w:r>
              <w:rPr>
                <w:rFonts w:eastAsia="Aptos"/>
                <w:sz w:val="20"/>
              </w:rPr>
              <w:t>____________________________</w:t>
            </w:r>
          </w:p>
        </w:tc>
      </w:tr>
      <w:tr w:rsidR="007679AE" w14:paraId="35852234" w14:textId="77777777">
        <w:trPr>
          <w:jc w:val="center"/>
        </w:trPr>
        <w:tc>
          <w:tcPr>
            <w:tcW w:w="4680" w:type="dxa"/>
            <w:tcBorders>
              <w:top w:val="single" w:sz="8" w:space="0" w:color="C9D6DF"/>
              <w:left w:val="single" w:sz="8" w:space="0" w:color="C9D6DF"/>
              <w:bottom w:val="single" w:sz="8" w:space="0" w:color="C9D6DF"/>
              <w:right w:val="single" w:sz="8" w:space="0" w:color="C9D6DF"/>
            </w:tcBorders>
            <w:tcMar>
              <w:top w:w="95" w:type="dxa"/>
              <w:left w:w="150" w:type="dxa"/>
              <w:bottom w:w="95" w:type="dxa"/>
              <w:right w:w="150" w:type="dxa"/>
            </w:tcMar>
          </w:tcPr>
          <w:p w14:paraId="027F21C5" w14:textId="77777777" w:rsidR="007679AE" w:rsidRDefault="00000000">
            <w:r>
              <w:rPr>
                <w:rFonts w:eastAsia="Aptos"/>
                <w:b/>
                <w:color w:val="657381"/>
                <w:sz w:val="16"/>
              </w:rPr>
              <w:t>COMPANY</w:t>
            </w:r>
          </w:p>
          <w:p w14:paraId="623F331E" w14:textId="77777777" w:rsidR="007679AE" w:rsidRDefault="00000000">
            <w:pPr>
              <w:spacing w:after="0"/>
            </w:pPr>
            <w:r>
              <w:rPr>
                <w:rFonts w:eastAsia="Aptos"/>
                <w:sz w:val="20"/>
              </w:rPr>
              <w:t>____________________________</w:t>
            </w:r>
          </w:p>
        </w:tc>
        <w:tc>
          <w:tcPr>
            <w:tcW w:w="4680" w:type="dxa"/>
            <w:tcBorders>
              <w:top w:val="single" w:sz="8" w:space="0" w:color="C9D6DF"/>
              <w:left w:val="single" w:sz="8" w:space="0" w:color="C9D6DF"/>
              <w:bottom w:val="single" w:sz="8" w:space="0" w:color="C9D6DF"/>
              <w:right w:val="single" w:sz="8" w:space="0" w:color="C9D6DF"/>
            </w:tcBorders>
            <w:tcMar>
              <w:top w:w="95" w:type="dxa"/>
              <w:left w:w="150" w:type="dxa"/>
              <w:bottom w:w="95" w:type="dxa"/>
              <w:right w:w="150" w:type="dxa"/>
            </w:tcMar>
          </w:tcPr>
          <w:p w14:paraId="2D98FAB7" w14:textId="77777777" w:rsidR="007679AE" w:rsidRDefault="00000000">
            <w:r>
              <w:rPr>
                <w:rFonts w:eastAsia="Aptos"/>
                <w:b/>
                <w:color w:val="657381"/>
                <w:sz w:val="16"/>
              </w:rPr>
              <w:t>PHONE</w:t>
            </w:r>
          </w:p>
          <w:p w14:paraId="60D70FC7" w14:textId="77777777" w:rsidR="007679AE" w:rsidRDefault="00000000">
            <w:pPr>
              <w:spacing w:after="0"/>
            </w:pPr>
            <w:r>
              <w:rPr>
                <w:rFonts w:eastAsia="Aptos"/>
                <w:sz w:val="20"/>
              </w:rPr>
              <w:t>____________________________</w:t>
            </w:r>
          </w:p>
        </w:tc>
      </w:tr>
      <w:tr w:rsidR="007679AE" w14:paraId="0FF376A6" w14:textId="77777777">
        <w:trPr>
          <w:jc w:val="center"/>
        </w:trPr>
        <w:tc>
          <w:tcPr>
            <w:tcW w:w="4680" w:type="dxa"/>
            <w:tcBorders>
              <w:top w:val="single" w:sz="8" w:space="0" w:color="C9D6DF"/>
              <w:left w:val="single" w:sz="8" w:space="0" w:color="C9D6DF"/>
              <w:bottom w:val="single" w:sz="8" w:space="0" w:color="C9D6DF"/>
              <w:right w:val="single" w:sz="8" w:space="0" w:color="C9D6DF"/>
            </w:tcBorders>
            <w:tcMar>
              <w:top w:w="95" w:type="dxa"/>
              <w:left w:w="150" w:type="dxa"/>
              <w:bottom w:w="95" w:type="dxa"/>
              <w:right w:w="150" w:type="dxa"/>
            </w:tcMar>
          </w:tcPr>
          <w:p w14:paraId="4F7E07B8" w14:textId="77777777" w:rsidR="007679AE" w:rsidRDefault="00000000">
            <w:r>
              <w:rPr>
                <w:rFonts w:eastAsia="Aptos"/>
                <w:b/>
                <w:color w:val="657381"/>
                <w:sz w:val="16"/>
              </w:rPr>
              <w:t>ADDRESS</w:t>
            </w:r>
          </w:p>
          <w:p w14:paraId="30FB0E16" w14:textId="77777777" w:rsidR="007679AE" w:rsidRDefault="00000000">
            <w:pPr>
              <w:spacing w:after="0"/>
            </w:pPr>
            <w:r>
              <w:rPr>
                <w:rFonts w:eastAsia="Aptos"/>
                <w:sz w:val="20"/>
              </w:rPr>
              <w:t>____________________________</w:t>
            </w:r>
          </w:p>
        </w:tc>
        <w:tc>
          <w:tcPr>
            <w:tcW w:w="4680" w:type="dxa"/>
            <w:tcBorders>
              <w:top w:val="single" w:sz="8" w:space="0" w:color="C9D6DF"/>
              <w:left w:val="single" w:sz="8" w:space="0" w:color="C9D6DF"/>
              <w:bottom w:val="single" w:sz="8" w:space="0" w:color="C9D6DF"/>
              <w:right w:val="single" w:sz="8" w:space="0" w:color="C9D6DF"/>
            </w:tcBorders>
            <w:tcMar>
              <w:top w:w="95" w:type="dxa"/>
              <w:left w:w="150" w:type="dxa"/>
              <w:bottom w:w="95" w:type="dxa"/>
              <w:right w:w="150" w:type="dxa"/>
            </w:tcMar>
          </w:tcPr>
          <w:p w14:paraId="2A583F94" w14:textId="77777777" w:rsidR="007679AE" w:rsidRDefault="00000000">
            <w:r>
              <w:rPr>
                <w:rFonts w:eastAsia="Aptos"/>
                <w:b/>
                <w:color w:val="657381"/>
                <w:sz w:val="16"/>
              </w:rPr>
              <w:t>EMAIL</w:t>
            </w:r>
          </w:p>
          <w:p w14:paraId="168BE596" w14:textId="77777777" w:rsidR="007679AE" w:rsidRDefault="00000000">
            <w:pPr>
              <w:spacing w:after="0"/>
            </w:pPr>
            <w:r>
              <w:rPr>
                <w:rFonts w:eastAsia="Aptos"/>
                <w:sz w:val="20"/>
              </w:rPr>
              <w:t>____________________________</w:t>
            </w:r>
          </w:p>
        </w:tc>
      </w:tr>
      <w:tr w:rsidR="007679AE" w14:paraId="3E339709" w14:textId="77777777">
        <w:trPr>
          <w:jc w:val="center"/>
        </w:trPr>
        <w:tc>
          <w:tcPr>
            <w:tcW w:w="4680" w:type="dxa"/>
            <w:tcBorders>
              <w:top w:val="single" w:sz="8" w:space="0" w:color="C9D6DF"/>
              <w:left w:val="single" w:sz="8" w:space="0" w:color="C9D6DF"/>
              <w:bottom w:val="single" w:sz="8" w:space="0" w:color="C9D6DF"/>
              <w:right w:val="single" w:sz="8" w:space="0" w:color="C9D6DF"/>
            </w:tcBorders>
            <w:tcMar>
              <w:top w:w="95" w:type="dxa"/>
              <w:left w:w="150" w:type="dxa"/>
              <w:bottom w:w="95" w:type="dxa"/>
              <w:right w:w="150" w:type="dxa"/>
            </w:tcMar>
          </w:tcPr>
          <w:p w14:paraId="0A1B78E7" w14:textId="77777777" w:rsidR="007679AE" w:rsidRDefault="00000000">
            <w:r>
              <w:rPr>
                <w:rFonts w:eastAsia="Aptos"/>
                <w:b/>
                <w:color w:val="657381"/>
                <w:sz w:val="16"/>
              </w:rPr>
              <w:t>CITY, STATE, ZIP</w:t>
            </w:r>
          </w:p>
          <w:p w14:paraId="5AF9EB0A" w14:textId="77777777" w:rsidR="007679AE" w:rsidRDefault="00000000">
            <w:pPr>
              <w:spacing w:after="0"/>
            </w:pPr>
            <w:r>
              <w:rPr>
                <w:rFonts w:eastAsia="Aptos"/>
                <w:sz w:val="20"/>
              </w:rPr>
              <w:t>____________________________</w:t>
            </w:r>
          </w:p>
        </w:tc>
        <w:tc>
          <w:tcPr>
            <w:tcW w:w="4680" w:type="dxa"/>
            <w:tcBorders>
              <w:top w:val="single" w:sz="8" w:space="0" w:color="C9D6DF"/>
              <w:left w:val="single" w:sz="8" w:space="0" w:color="C9D6DF"/>
              <w:bottom w:val="single" w:sz="8" w:space="0" w:color="C9D6DF"/>
              <w:right w:val="single" w:sz="8" w:space="0" w:color="C9D6DF"/>
            </w:tcBorders>
            <w:tcMar>
              <w:top w:w="95" w:type="dxa"/>
              <w:left w:w="150" w:type="dxa"/>
              <w:bottom w:w="95" w:type="dxa"/>
              <w:right w:w="150" w:type="dxa"/>
            </w:tcMar>
          </w:tcPr>
          <w:p w14:paraId="40BAD685" w14:textId="77777777" w:rsidR="007679AE" w:rsidRDefault="00000000">
            <w:r>
              <w:rPr>
                <w:rFonts w:eastAsia="Aptos"/>
                <w:b/>
                <w:color w:val="657381"/>
                <w:sz w:val="16"/>
              </w:rPr>
              <w:t>DATE</w:t>
            </w:r>
          </w:p>
          <w:p w14:paraId="5AC477C5" w14:textId="77777777" w:rsidR="007679AE" w:rsidRDefault="00000000">
            <w:pPr>
              <w:spacing w:after="0"/>
            </w:pPr>
            <w:r>
              <w:rPr>
                <w:rFonts w:eastAsia="Aptos"/>
                <w:sz w:val="20"/>
              </w:rPr>
              <w:t>____________________________</w:t>
            </w:r>
          </w:p>
        </w:tc>
      </w:tr>
    </w:tbl>
    <w:p w14:paraId="5C35FF45" w14:textId="77777777" w:rsidR="007679AE" w:rsidRDefault="00000000">
      <w:pPr>
        <w:spacing w:before="360" w:after="80"/>
        <w:jc w:val="center"/>
      </w:pPr>
      <w:r>
        <w:rPr>
          <w:rFonts w:eastAsia="Aptos"/>
          <w:b/>
          <w:color w:val="657381"/>
          <w:sz w:val="16"/>
        </w:rPr>
        <w:t>MAIL COMPLETED FORM AND PAYMENT TO</w:t>
      </w:r>
    </w:p>
    <w:p w14:paraId="1E8EF374" w14:textId="77777777" w:rsidR="007679AE" w:rsidRDefault="00000000">
      <w:pPr>
        <w:spacing w:after="0"/>
        <w:jc w:val="center"/>
        <w:rPr>
          <w:rFonts w:eastAsia="Aptos"/>
          <w:b/>
          <w:color w:val="0B2545"/>
          <w:sz w:val="20"/>
        </w:rPr>
      </w:pPr>
      <w:r>
        <w:rPr>
          <w:rFonts w:eastAsia="Aptos"/>
          <w:b/>
          <w:color w:val="0B2545"/>
          <w:sz w:val="20"/>
        </w:rPr>
        <w:t xml:space="preserve">Boys &amp; Girls Clubs of Citrus and Marion </w:t>
      </w:r>
      <w:proofErr w:type="gramStart"/>
      <w:r>
        <w:rPr>
          <w:rFonts w:eastAsia="Aptos"/>
          <w:b/>
          <w:color w:val="0B2545"/>
          <w:sz w:val="20"/>
        </w:rPr>
        <w:t>Counties  •</w:t>
      </w:r>
      <w:proofErr w:type="gramEnd"/>
      <w:r>
        <w:rPr>
          <w:rFonts w:eastAsia="Aptos"/>
          <w:b/>
          <w:color w:val="0B2545"/>
          <w:sz w:val="20"/>
        </w:rPr>
        <w:t xml:space="preserve">  255 SE 7th Avenue, Crystal River, FL 34429</w:t>
      </w:r>
    </w:p>
    <w:p w14:paraId="3E6C1777" w14:textId="77777777" w:rsidR="0028043A" w:rsidRDefault="0028043A">
      <w:pPr>
        <w:spacing w:after="0"/>
        <w:jc w:val="center"/>
        <w:rPr>
          <w:rFonts w:eastAsia="Aptos"/>
          <w:b/>
          <w:color w:val="0B2545"/>
          <w:sz w:val="20"/>
        </w:rPr>
      </w:pPr>
    </w:p>
    <w:p w14:paraId="7892CE0A" w14:textId="18D9BAA8" w:rsidR="0028043A" w:rsidRDefault="0028043A">
      <w:pPr>
        <w:spacing w:after="0"/>
        <w:jc w:val="center"/>
      </w:pPr>
      <w:r>
        <w:rPr>
          <w:rFonts w:eastAsia="Aptos"/>
          <w:b/>
          <w:color w:val="0B2545"/>
          <w:sz w:val="20"/>
        </w:rPr>
        <w:t>For Questions, call our Corporate Office at (352) 621-9225</w:t>
      </w:r>
    </w:p>
    <w:sectPr w:rsidR="0028043A" w:rsidSect="00034616">
      <w:footerReference w:type="default" r:id="rId10"/>
      <w:pgSz w:w="12240" w:h="15840"/>
      <w:pgMar w:top="893" w:right="1181" w:bottom="893" w:left="1181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790D5" w14:textId="77777777" w:rsidR="00FD3A64" w:rsidRDefault="00FD3A64">
      <w:pPr>
        <w:spacing w:after="0" w:line="240" w:lineRule="auto"/>
      </w:pPr>
      <w:r>
        <w:separator/>
      </w:r>
    </w:p>
  </w:endnote>
  <w:endnote w:type="continuationSeparator" w:id="0">
    <w:p w14:paraId="34BD490D" w14:textId="77777777" w:rsidR="00FD3A64" w:rsidRDefault="00FD3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88EFD" w14:textId="77777777" w:rsidR="007679AE" w:rsidRDefault="00000000">
    <w:pPr>
      <w:pStyle w:val="Footer"/>
      <w:jc w:val="center"/>
    </w:pPr>
    <w:r>
      <w:rPr>
        <w:rFonts w:eastAsia="Aptos"/>
        <w:b/>
        <w:color w:val="657381"/>
        <w:sz w:val="16"/>
      </w:rPr>
      <w:t xml:space="preserve">BOYS &amp; GIRLS CLUBS OF CITRUS AND MARION </w:t>
    </w:r>
    <w:proofErr w:type="gramStart"/>
    <w:r>
      <w:rPr>
        <w:rFonts w:eastAsia="Aptos"/>
        <w:b/>
        <w:color w:val="657381"/>
        <w:sz w:val="16"/>
      </w:rPr>
      <w:t>COUNTIES  •</w:t>
    </w:r>
    <w:proofErr w:type="gramEnd"/>
    <w:r>
      <w:rPr>
        <w:rFonts w:eastAsia="Aptos"/>
        <w:b/>
        <w:color w:val="657381"/>
        <w:sz w:val="16"/>
      </w:rPr>
      <w:t xml:space="preserve">  2027 CORPORATE PARTNERSHIPS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6D078" w14:textId="77777777" w:rsidR="00FD3A64" w:rsidRDefault="00FD3A64">
      <w:pPr>
        <w:spacing w:after="0" w:line="240" w:lineRule="auto"/>
      </w:pPr>
      <w:r>
        <w:separator/>
      </w:r>
    </w:p>
  </w:footnote>
  <w:footnote w:type="continuationSeparator" w:id="0">
    <w:p w14:paraId="3B9B0F45" w14:textId="77777777" w:rsidR="00FD3A64" w:rsidRDefault="00FD3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5954220">
    <w:abstractNumId w:val="8"/>
  </w:num>
  <w:num w:numId="2" w16cid:durableId="1980912252">
    <w:abstractNumId w:val="6"/>
  </w:num>
  <w:num w:numId="3" w16cid:durableId="1062289244">
    <w:abstractNumId w:val="5"/>
  </w:num>
  <w:num w:numId="4" w16cid:durableId="1811089052">
    <w:abstractNumId w:val="4"/>
  </w:num>
  <w:num w:numId="5" w16cid:durableId="1580556992">
    <w:abstractNumId w:val="7"/>
  </w:num>
  <w:num w:numId="6" w16cid:durableId="347102555">
    <w:abstractNumId w:val="3"/>
  </w:num>
  <w:num w:numId="7" w16cid:durableId="503593719">
    <w:abstractNumId w:val="2"/>
  </w:num>
  <w:num w:numId="8" w16cid:durableId="1796631206">
    <w:abstractNumId w:val="1"/>
  </w:num>
  <w:num w:numId="9" w16cid:durableId="125973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043A"/>
    <w:rsid w:val="0029639D"/>
    <w:rsid w:val="00326F90"/>
    <w:rsid w:val="006110A2"/>
    <w:rsid w:val="006B5F75"/>
    <w:rsid w:val="00732AB4"/>
    <w:rsid w:val="007679AE"/>
    <w:rsid w:val="00AA1D8D"/>
    <w:rsid w:val="00B47730"/>
    <w:rsid w:val="00B609C9"/>
    <w:rsid w:val="00BF046B"/>
    <w:rsid w:val="00CB0664"/>
    <w:rsid w:val="00D3151D"/>
    <w:rsid w:val="00E371F6"/>
    <w:rsid w:val="00FC693F"/>
    <w:rsid w:val="00FD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B8F785"/>
  <w14:defaultImageDpi w14:val="300"/>
  <w15:docId w15:val="{4FC8005E-DD91-4AF0-9081-B2F119EC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203040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ponsorBullet">
    <w:name w:val="Sponsor Bullet"/>
    <w:basedOn w:val="ListBullet"/>
    <w:pPr>
      <w:spacing w:after="44" w:line="245" w:lineRule="auto"/>
      <w:ind w:left="346" w:hanging="230"/>
    </w:pPr>
    <w:rPr>
      <w:sz w:val="19"/>
    </w:rPr>
  </w:style>
  <w:style w:type="paragraph" w:customStyle="1" w:styleId="SponsorBulletCompact">
    <w:name w:val="Sponsor Bullet Compact"/>
    <w:basedOn w:val="ListBullet"/>
    <w:pPr>
      <w:spacing w:after="28" w:line="245" w:lineRule="auto"/>
      <w:ind w:left="346" w:hanging="23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2027 Corporate Business Sponsor Packages</vt:lpstr>
    </vt:vector>
  </TitlesOfParts>
  <Manager/>
  <Company/>
  <LinksUpToDate>false</LinksUpToDate>
  <CharactersWithSpaces>6612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Corporate Business Sponsor Packages</dc:title>
  <dc:subject>Boys &amp; Girls Clubs of Citrus and Marion Counties corporate partnership opportunities</dc:subject>
  <dc:creator>Boys &amp; Girls Clubs of Citrus and Marion Counties</dc:creator>
  <cp:keywords/>
  <dc:description>generated by python-docx</dc:description>
  <cp:lastModifiedBy>Travis Anderson</cp:lastModifiedBy>
  <cp:revision>7</cp:revision>
  <dcterms:created xsi:type="dcterms:W3CDTF">2026-08-18T18:47:00Z</dcterms:created>
  <dcterms:modified xsi:type="dcterms:W3CDTF">2026-08-18T19:06:00Z</dcterms:modified>
  <cp:category/>
</cp:coreProperties>
</file>